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823B0" w14:textId="1CC2DAEB" w:rsidR="006E089F" w:rsidRPr="005D7D9E" w:rsidRDefault="005D7D9E" w:rsidP="005D7D9E">
      <w:pPr>
        <w:pStyle w:val="Titel"/>
        <w:rPr>
          <w:rFonts w:ascii="Avenir Next LT Pro" w:hAnsi="Avenir Next LT Pro"/>
          <w:sz w:val="36"/>
          <w:szCs w:val="36"/>
          <w:lang w:val="nl-NL"/>
        </w:rPr>
      </w:pPr>
      <w:r w:rsidRPr="005D7D9E">
        <w:rPr>
          <w:rFonts w:ascii="Avenir Next LT Pro" w:hAnsi="Avenir Next LT Pro"/>
          <w:sz w:val="36"/>
          <w:szCs w:val="36"/>
          <w:lang w:val="nl-NL"/>
        </w:rPr>
        <w:t>EERDER</w:t>
      </w:r>
      <w:r w:rsidR="0041245E" w:rsidRPr="005D7D9E">
        <w:rPr>
          <w:rFonts w:ascii="Avenir Next LT Pro" w:hAnsi="Avenir Next LT Pro"/>
          <w:sz w:val="36"/>
          <w:szCs w:val="36"/>
          <w:lang w:val="nl-NL"/>
        </w:rPr>
        <w:t xml:space="preserve"> AANVRAGEN TRANSPORTCAPACITEIT</w:t>
      </w:r>
      <w:r w:rsidR="0041245E" w:rsidRPr="005D7D9E">
        <w:rPr>
          <w:rFonts w:ascii="Avenir Next LT Pro" w:hAnsi="Avenir Next LT Pro"/>
          <w:sz w:val="36"/>
          <w:szCs w:val="36"/>
          <w:lang w:val="nl-NL"/>
        </w:rPr>
        <w:br/>
        <w:t>VALKENBURG AAN DE GEUL</w:t>
      </w:r>
    </w:p>
    <w:p w14:paraId="2A09AABD" w14:textId="4B3F8033" w:rsidR="005D7D9E" w:rsidRPr="005D7D9E" w:rsidRDefault="005D7D9E" w:rsidP="005D7D9E">
      <w:pPr>
        <w:pStyle w:val="Geenafstand"/>
        <w:rPr>
          <w:lang w:val="nl-NL"/>
        </w:rPr>
      </w:pPr>
      <w:r w:rsidRPr="005D7D9E">
        <w:rPr>
          <w:lang w:val="nl-NL"/>
        </w:rPr>
        <w:t xml:space="preserve">Met dit formulier </w:t>
      </w:r>
      <w:r>
        <w:rPr>
          <w:lang w:val="nl-NL"/>
        </w:rPr>
        <w:t xml:space="preserve">en de bijbehorende bijlagen </w:t>
      </w:r>
      <w:r w:rsidRPr="005D7D9E">
        <w:rPr>
          <w:lang w:val="nl-NL"/>
        </w:rPr>
        <w:t>meld</w:t>
      </w:r>
      <w:r>
        <w:rPr>
          <w:lang w:val="nl-NL"/>
        </w:rPr>
        <w:t xml:space="preserve">t u </w:t>
      </w:r>
      <w:r w:rsidRPr="005D7D9E">
        <w:rPr>
          <w:lang w:val="nl-NL"/>
        </w:rPr>
        <w:t xml:space="preserve">een woningbouwproject aan voor de gemeentelijke volgordelijst voor prioritering van netcapaciteit. De gemeente beoordeelt aanvragen op basis van de geldende </w:t>
      </w:r>
      <w:hyperlink r:id="rId6" w:history="1">
        <w:r w:rsidRPr="00B370CF">
          <w:rPr>
            <w:rStyle w:val="Hyperlink"/>
            <w:lang w:val="nl-NL"/>
          </w:rPr>
          <w:t>beleidsregels</w:t>
        </w:r>
      </w:hyperlink>
      <w:r w:rsidRPr="005D7D9E">
        <w:rPr>
          <w:lang w:val="nl-NL"/>
        </w:rPr>
        <w:t>. </w:t>
      </w:r>
      <w:r w:rsidRPr="005D7D9E">
        <w:rPr>
          <w:lang w:val="nl-NL"/>
        </w:rPr>
        <w:br/>
      </w:r>
    </w:p>
    <w:p w14:paraId="4FE7DDDD" w14:textId="4D31FE0D" w:rsidR="005D7D9E" w:rsidRPr="005D7D9E" w:rsidRDefault="005D7D9E" w:rsidP="005D7D9E">
      <w:pPr>
        <w:pStyle w:val="Geenafstand"/>
        <w:rPr>
          <w:lang w:val="nl-NL"/>
        </w:rPr>
      </w:pPr>
      <w:r w:rsidRPr="005D7D9E">
        <w:rPr>
          <w:b/>
          <w:bCs/>
          <w:lang w:val="nl-NL"/>
        </w:rPr>
        <w:t>Belangrijk voordat </w:t>
      </w:r>
      <w:r w:rsidR="005D569E">
        <w:rPr>
          <w:b/>
          <w:bCs/>
          <w:lang w:val="nl-NL"/>
        </w:rPr>
        <w:t>u</w:t>
      </w:r>
      <w:r w:rsidRPr="005D7D9E">
        <w:rPr>
          <w:b/>
          <w:bCs/>
          <w:lang w:val="nl-NL"/>
        </w:rPr>
        <w:t xml:space="preserve"> begint</w:t>
      </w:r>
    </w:p>
    <w:p w14:paraId="528617CD" w14:textId="7D2CC4BA" w:rsidR="00F535C5" w:rsidRDefault="00F535C5" w:rsidP="00F535C5">
      <w:pPr>
        <w:pStyle w:val="Geenafstand"/>
        <w:numPr>
          <w:ilvl w:val="0"/>
          <w:numId w:val="10"/>
        </w:numPr>
        <w:rPr>
          <w:lang w:val="nl-NL"/>
        </w:rPr>
      </w:pPr>
      <w:r>
        <w:rPr>
          <w:lang w:val="nl-NL"/>
        </w:rPr>
        <w:t xml:space="preserve">Aanmelding van een project is alleen mogelijk voor </w:t>
      </w:r>
      <w:r w:rsidRPr="00F535C5">
        <w:rPr>
          <w:lang w:val="nl-NL"/>
        </w:rPr>
        <w:t xml:space="preserve">realisatie van de functie woonbehoefte of onderwijshuisvesting als bedoeld in </w:t>
      </w:r>
      <w:r w:rsidRPr="005D7D9E">
        <w:rPr>
          <w:lang w:val="nl-NL"/>
        </w:rPr>
        <w:t>tabel 3 van bijlage 3 van de </w:t>
      </w:r>
      <w:hyperlink r:id="rId7" w:anchor="Bijlage3" w:history="1">
        <w:r w:rsidRPr="005D7D9E">
          <w:rPr>
            <w:rStyle w:val="Hyperlink"/>
            <w:lang w:val="nl-NL"/>
          </w:rPr>
          <w:t>Systeemcode elektriciteit 2026</w:t>
        </w:r>
      </w:hyperlink>
      <w:r w:rsidRPr="00F535C5">
        <w:rPr>
          <w:lang w:val="nl-NL"/>
        </w:rPr>
        <w:t>;</w:t>
      </w:r>
    </w:p>
    <w:p w14:paraId="0D3752E3" w14:textId="77777777" w:rsidR="005D7D9E" w:rsidRPr="005D7D9E" w:rsidRDefault="005D7D9E" w:rsidP="005D7D9E">
      <w:pPr>
        <w:pStyle w:val="Geenafstand"/>
        <w:numPr>
          <w:ilvl w:val="0"/>
          <w:numId w:val="10"/>
        </w:numPr>
        <w:rPr>
          <w:lang w:val="nl-NL"/>
        </w:rPr>
      </w:pPr>
      <w:r w:rsidRPr="005D7D9E">
        <w:rPr>
          <w:lang w:val="nl-NL"/>
        </w:rPr>
        <w:t>Dien voor </w:t>
      </w:r>
      <w:r w:rsidRPr="005D7D9E">
        <w:rPr>
          <w:b/>
          <w:bCs/>
          <w:lang w:val="nl-NL"/>
        </w:rPr>
        <w:t>ieder project een afzonderlijk formulier</w:t>
      </w:r>
      <w:r w:rsidRPr="005D7D9E">
        <w:rPr>
          <w:lang w:val="nl-NL"/>
        </w:rPr>
        <w:t> in.</w:t>
      </w:r>
    </w:p>
    <w:p w14:paraId="4F5B5716" w14:textId="1B642C8B" w:rsidR="005D7D9E" w:rsidRPr="00F535C5" w:rsidRDefault="005D7D9E" w:rsidP="00F535C5">
      <w:pPr>
        <w:pStyle w:val="Geenafstand"/>
        <w:numPr>
          <w:ilvl w:val="0"/>
          <w:numId w:val="10"/>
        </w:numPr>
        <w:rPr>
          <w:lang w:val="nl-NL"/>
        </w:rPr>
      </w:pPr>
      <w:r w:rsidRPr="00F535C5">
        <w:rPr>
          <w:lang w:val="nl-NL"/>
        </w:rPr>
        <w:t>Bestaat een ontwikkeling uit meerdere fasen? Dan meld je </w:t>
      </w:r>
      <w:r w:rsidRPr="00F535C5">
        <w:rPr>
          <w:b/>
          <w:bCs/>
          <w:lang w:val="nl-NL"/>
        </w:rPr>
        <w:t>elke fase afzonderlijk aan</w:t>
      </w:r>
      <w:r w:rsidRPr="00F535C5">
        <w:rPr>
          <w:lang w:val="nl-NL"/>
        </w:rPr>
        <w:t xml:space="preserve">, omdat voor iedere </w:t>
      </w:r>
      <w:r w:rsidR="003C7C4B">
        <w:rPr>
          <w:lang w:val="nl-NL"/>
        </w:rPr>
        <w:t>bouw</w:t>
      </w:r>
      <w:r w:rsidRPr="00F535C5">
        <w:rPr>
          <w:lang w:val="nl-NL"/>
        </w:rPr>
        <w:t>fase een aparte aanvraag bij de netbeheerder wordt ingediend. </w:t>
      </w:r>
    </w:p>
    <w:p w14:paraId="7E28C147" w14:textId="77777777" w:rsidR="005D7D9E" w:rsidRPr="005D7D9E" w:rsidRDefault="005D7D9E" w:rsidP="005D7D9E">
      <w:pPr>
        <w:pStyle w:val="Geenafstand"/>
        <w:numPr>
          <w:ilvl w:val="0"/>
          <w:numId w:val="11"/>
        </w:numPr>
        <w:rPr>
          <w:lang w:val="nl-NL"/>
        </w:rPr>
      </w:pPr>
      <w:r w:rsidRPr="005D7D9E">
        <w:rPr>
          <w:lang w:val="nl-NL"/>
        </w:rPr>
        <w:t>Aanmelden kan tot en met </w:t>
      </w:r>
      <w:r w:rsidRPr="005D7D9E">
        <w:rPr>
          <w:b/>
          <w:bCs/>
          <w:lang w:val="nl-NL"/>
        </w:rPr>
        <w:t>8 september 2026</w:t>
      </w:r>
      <w:r w:rsidRPr="005D7D9E">
        <w:rPr>
          <w:lang w:val="nl-NL"/>
        </w:rPr>
        <w:t>. Eventuele aanvullingen of correcties naar aanleiding van een verzoek om ontbrekende informatie moeten uiterlijk op </w:t>
      </w:r>
      <w:r w:rsidRPr="005D7D9E">
        <w:rPr>
          <w:b/>
          <w:bCs/>
          <w:lang w:val="nl-NL"/>
        </w:rPr>
        <w:t>10 september 2026</w:t>
      </w:r>
      <w:r w:rsidRPr="005D7D9E">
        <w:rPr>
          <w:lang w:val="nl-NL"/>
        </w:rPr>
        <w:t> zijn aangeleverd.</w:t>
      </w:r>
    </w:p>
    <w:p w14:paraId="7C8BBC45" w14:textId="717F2842" w:rsidR="005D7D9E" w:rsidRPr="005D7D9E" w:rsidRDefault="005D7D9E" w:rsidP="005D7D9E">
      <w:pPr>
        <w:pStyle w:val="Geenafstand"/>
        <w:rPr>
          <w:lang w:val="nl-NL"/>
        </w:rPr>
      </w:pPr>
      <w:r w:rsidRPr="005D7D9E">
        <w:rPr>
          <w:lang w:val="nl-NL"/>
        </w:rPr>
        <w:t> </w:t>
      </w:r>
      <w:r w:rsidRPr="005D7D9E">
        <w:rPr>
          <w:b/>
          <w:bCs/>
          <w:lang w:val="nl-NL"/>
        </w:rPr>
        <w:t xml:space="preserve">Na </w:t>
      </w:r>
      <w:r>
        <w:rPr>
          <w:b/>
          <w:bCs/>
          <w:lang w:val="nl-NL"/>
        </w:rPr>
        <w:t>uw</w:t>
      </w:r>
      <w:r w:rsidRPr="005D7D9E">
        <w:rPr>
          <w:b/>
          <w:bCs/>
          <w:lang w:val="nl-NL"/>
        </w:rPr>
        <w:t xml:space="preserve"> aanmelding</w:t>
      </w:r>
    </w:p>
    <w:p w14:paraId="17C2B075" w14:textId="1CFB3560" w:rsidR="005D7D9E" w:rsidRPr="005D7D9E" w:rsidRDefault="005D7D9E" w:rsidP="005D7D9E">
      <w:pPr>
        <w:pStyle w:val="Geenafstand"/>
        <w:numPr>
          <w:ilvl w:val="0"/>
          <w:numId w:val="12"/>
        </w:numPr>
        <w:rPr>
          <w:lang w:val="nl-NL"/>
        </w:rPr>
      </w:pPr>
      <w:r>
        <w:rPr>
          <w:lang w:val="nl-NL"/>
        </w:rPr>
        <w:t>U</w:t>
      </w:r>
      <w:r w:rsidRPr="005D7D9E">
        <w:rPr>
          <w:lang w:val="nl-NL"/>
        </w:rPr>
        <w:t xml:space="preserve"> ontvangt na het indienen binnen twee dagen een </w:t>
      </w:r>
      <w:r w:rsidRPr="005D7D9E">
        <w:rPr>
          <w:b/>
          <w:bCs/>
          <w:lang w:val="nl-NL"/>
        </w:rPr>
        <w:t>ontvangstbevestiging</w:t>
      </w:r>
      <w:r w:rsidRPr="005D7D9E">
        <w:rPr>
          <w:lang w:val="nl-NL"/>
        </w:rPr>
        <w:t>. </w:t>
      </w:r>
    </w:p>
    <w:p w14:paraId="22F8490E" w14:textId="2B9C5F48" w:rsidR="005D7D9E" w:rsidRPr="005D7D9E" w:rsidRDefault="005D7D9E" w:rsidP="005D7D9E">
      <w:pPr>
        <w:pStyle w:val="Geenafstand"/>
        <w:numPr>
          <w:ilvl w:val="0"/>
          <w:numId w:val="12"/>
        </w:numPr>
        <w:rPr>
          <w:lang w:val="nl-NL"/>
        </w:rPr>
      </w:pPr>
      <w:r w:rsidRPr="005D7D9E">
        <w:rPr>
          <w:lang w:val="nl-NL"/>
        </w:rPr>
        <w:t>Alleen volledige aanmeldingen kunnen worden meegenomen bij het opstellen van de volgordelijst. Is uw aanvraag niet volledig? Dan ontvang</w:t>
      </w:r>
      <w:r>
        <w:rPr>
          <w:lang w:val="nl-NL"/>
        </w:rPr>
        <w:t>t u</w:t>
      </w:r>
      <w:r w:rsidRPr="005D7D9E">
        <w:rPr>
          <w:lang w:val="nl-NL"/>
        </w:rPr>
        <w:t xml:space="preserve"> hierover een e-mail. We vragen </w:t>
      </w:r>
      <w:r>
        <w:rPr>
          <w:lang w:val="nl-NL"/>
        </w:rPr>
        <w:t>u</w:t>
      </w:r>
      <w:r w:rsidRPr="005D7D9E">
        <w:rPr>
          <w:lang w:val="nl-NL"/>
        </w:rPr>
        <w:t xml:space="preserve"> dan om de ontbrekende gegevens uiterlijk op 10 september 2026 aan te leveren.</w:t>
      </w:r>
      <w:r w:rsidR="00753586">
        <w:rPr>
          <w:lang w:val="nl-NL"/>
        </w:rPr>
        <w:t xml:space="preserve"> </w:t>
      </w:r>
    </w:p>
    <w:p w14:paraId="2A175BAE" w14:textId="140A419A" w:rsidR="005D7D9E" w:rsidRPr="005D7D9E" w:rsidRDefault="005D7D9E" w:rsidP="005D7D9E">
      <w:pPr>
        <w:pStyle w:val="Geenafstand"/>
        <w:rPr>
          <w:lang w:val="nl-NL"/>
        </w:rPr>
      </w:pPr>
      <w:r w:rsidRPr="005D7D9E">
        <w:rPr>
          <w:lang w:val="nl-NL"/>
        </w:rPr>
        <w:br/>
      </w:r>
      <w:r w:rsidRPr="005D7D9E">
        <w:rPr>
          <w:b/>
          <w:bCs/>
          <w:lang w:val="nl-NL"/>
        </w:rPr>
        <w:t>Over de gevraagde gegevens</w:t>
      </w:r>
      <w:r w:rsidRPr="005D7D9E">
        <w:rPr>
          <w:lang w:val="nl-NL"/>
        </w:rPr>
        <w:br/>
        <w:t>De meeste velden zijn verplicht en gebaseerd op de eisen van de netbeheerder. Zijn bepaalde gegevens nog niet definitief? Vul dan een zo realistisch mogelijke inschatting in. De netbeheerder gebruikt deze informatie om de benodigde netcapaciteit te bepalen. Houd er rekening mee dat aangevraagde capaciteit later niet eenvoudig kan worden verhoogd. Wanneer uiteindelijk meer capaciteit nodig blijkt dan oorspronkelijk aangevraagd, moet hiervoor een nieuwe aanvraag worden ingediend. Een beperkte veiligheidsmarge is begrijpelijk, maar gelet op de schaarste op het elektriciteitsnet is het belangrijk hier verantwoord mee om te gaan</w:t>
      </w:r>
      <w:r w:rsidR="00753586">
        <w:rPr>
          <w:lang w:val="nl-NL"/>
        </w:rPr>
        <w:t xml:space="preserve"> en een realistische inschatting te maken van de benodigde capaciteit</w:t>
      </w:r>
      <w:r w:rsidRPr="005D7D9E">
        <w:rPr>
          <w:lang w:val="nl-NL"/>
        </w:rPr>
        <w:t>.</w:t>
      </w:r>
      <w:r w:rsidR="00753586">
        <w:rPr>
          <w:lang w:val="nl-NL"/>
        </w:rPr>
        <w:t xml:space="preserve"> </w:t>
      </w:r>
      <w:r w:rsidR="00753586" w:rsidRPr="00753586">
        <w:rPr>
          <w:lang w:val="nl-NL"/>
        </w:rPr>
        <w:t>Gemeente Valkenburg aan de Geul</w:t>
      </w:r>
      <w:r w:rsidR="00753586">
        <w:rPr>
          <w:lang w:val="nl-NL"/>
        </w:rPr>
        <w:t xml:space="preserve"> </w:t>
      </w:r>
      <w:r w:rsidR="005D3854">
        <w:rPr>
          <w:lang w:val="nl-NL"/>
        </w:rPr>
        <w:t>stimuleert ontwikkelaars projecten te realiseren volgens de ontwerpprincipes voor netbewuste nieuwbouw.</w:t>
      </w:r>
      <w:r w:rsidRPr="005D7D9E">
        <w:rPr>
          <w:lang w:val="nl-NL"/>
        </w:rPr>
        <w:br/>
      </w:r>
      <w:r w:rsidRPr="005D7D9E">
        <w:rPr>
          <w:lang w:val="nl-NL"/>
        </w:rPr>
        <w:br/>
      </w:r>
      <w:r w:rsidRPr="005D7D9E">
        <w:rPr>
          <w:b/>
          <w:bCs/>
          <w:lang w:val="nl-NL"/>
        </w:rPr>
        <w:t>Het vervolg</w:t>
      </w:r>
    </w:p>
    <w:p w14:paraId="5D24E186" w14:textId="0D56B6B8" w:rsidR="005D7D9E" w:rsidRPr="005D7D9E" w:rsidRDefault="005D7D9E" w:rsidP="005D7D9E">
      <w:pPr>
        <w:pStyle w:val="Geenafstand"/>
        <w:numPr>
          <w:ilvl w:val="0"/>
          <w:numId w:val="13"/>
        </w:numPr>
        <w:rPr>
          <w:lang w:val="nl-NL"/>
        </w:rPr>
      </w:pPr>
      <w:r w:rsidRPr="005D7D9E">
        <w:rPr>
          <w:lang w:val="nl-NL"/>
        </w:rPr>
        <w:t>De volgordelijst wordt naar verwachting op </w:t>
      </w:r>
      <w:r w:rsidRPr="005D7D9E">
        <w:rPr>
          <w:b/>
          <w:bCs/>
          <w:lang w:val="nl-NL"/>
        </w:rPr>
        <w:t>1</w:t>
      </w:r>
      <w:r>
        <w:rPr>
          <w:b/>
          <w:bCs/>
          <w:lang w:val="nl-NL"/>
        </w:rPr>
        <w:t>6</w:t>
      </w:r>
      <w:r w:rsidRPr="005D7D9E">
        <w:rPr>
          <w:b/>
          <w:bCs/>
          <w:lang w:val="nl-NL"/>
        </w:rPr>
        <w:t xml:space="preserve"> september 2026</w:t>
      </w:r>
      <w:r w:rsidRPr="005D7D9E">
        <w:rPr>
          <w:lang w:val="nl-NL"/>
        </w:rPr>
        <w:t> gepubliceerd.</w:t>
      </w:r>
    </w:p>
    <w:p w14:paraId="6AECBE2C" w14:textId="150AAF9D" w:rsidR="005D7D9E" w:rsidRPr="005D7D9E" w:rsidRDefault="005D7D9E" w:rsidP="005D7D9E">
      <w:pPr>
        <w:pStyle w:val="Geenafstand"/>
        <w:numPr>
          <w:ilvl w:val="1"/>
          <w:numId w:val="13"/>
        </w:numPr>
        <w:rPr>
          <w:lang w:val="nl-NL"/>
        </w:rPr>
      </w:pPr>
      <w:r w:rsidRPr="005D7D9E">
        <w:rPr>
          <w:lang w:val="nl-NL"/>
        </w:rPr>
        <w:t>Daarna kun</w:t>
      </w:r>
      <w:r>
        <w:rPr>
          <w:lang w:val="nl-NL"/>
        </w:rPr>
        <w:t>t u</w:t>
      </w:r>
      <w:r w:rsidRPr="005D7D9E">
        <w:rPr>
          <w:lang w:val="nl-NL"/>
        </w:rPr>
        <w:t xml:space="preserve"> binnen </w:t>
      </w:r>
      <w:r>
        <w:rPr>
          <w:lang w:val="nl-NL"/>
        </w:rPr>
        <w:t>5 werkdagen</w:t>
      </w:r>
      <w:r w:rsidRPr="005D7D9E">
        <w:rPr>
          <w:lang w:val="nl-NL"/>
        </w:rPr>
        <w:t xml:space="preserve"> een </w:t>
      </w:r>
      <w:r>
        <w:rPr>
          <w:lang w:val="nl-NL"/>
        </w:rPr>
        <w:t>geschil aanhangig</w:t>
      </w:r>
      <w:r w:rsidR="00FD7C89">
        <w:rPr>
          <w:lang w:val="nl-NL"/>
        </w:rPr>
        <w:t xml:space="preserve"> maken</w:t>
      </w:r>
      <w:r w:rsidRPr="005D7D9E">
        <w:rPr>
          <w:lang w:val="nl-NL"/>
        </w:rPr>
        <w:t>.</w:t>
      </w:r>
    </w:p>
    <w:p w14:paraId="17489ECA" w14:textId="77777777" w:rsidR="005D7D9E" w:rsidRPr="005D7D9E" w:rsidRDefault="005D7D9E" w:rsidP="005D7D9E">
      <w:pPr>
        <w:pStyle w:val="Geenafstand"/>
        <w:numPr>
          <w:ilvl w:val="0"/>
          <w:numId w:val="13"/>
        </w:numPr>
        <w:rPr>
          <w:lang w:val="nl-NL"/>
        </w:rPr>
      </w:pPr>
      <w:r w:rsidRPr="005D7D9E">
        <w:rPr>
          <w:lang w:val="nl-NL"/>
        </w:rPr>
        <w:t>Hebben projecten volgens de beleidsregels dezelfde plek op de volgordelijst? </w:t>
      </w:r>
    </w:p>
    <w:p w14:paraId="58006826" w14:textId="5ACAB47D" w:rsidR="005D7D9E" w:rsidRPr="005D7D9E" w:rsidRDefault="005D7D9E" w:rsidP="005D7D9E">
      <w:pPr>
        <w:pStyle w:val="Geenafstand"/>
        <w:numPr>
          <w:ilvl w:val="1"/>
          <w:numId w:val="13"/>
        </w:numPr>
        <w:rPr>
          <w:lang w:val="nl-NL"/>
        </w:rPr>
      </w:pPr>
      <w:r w:rsidRPr="005D7D9E">
        <w:rPr>
          <w:lang w:val="nl-NL"/>
        </w:rPr>
        <w:t xml:space="preserve">Dan bepaalt </w:t>
      </w:r>
      <w:r>
        <w:rPr>
          <w:lang w:val="nl-NL"/>
        </w:rPr>
        <w:t>datum en tijdstip binnenkomst van het volledige projectdossier de volgorde</w:t>
      </w:r>
      <w:r w:rsidRPr="005D7D9E">
        <w:rPr>
          <w:lang w:val="nl-NL"/>
        </w:rPr>
        <w:t>.</w:t>
      </w:r>
    </w:p>
    <w:p w14:paraId="22A85F8F" w14:textId="43FCA33B" w:rsidR="005D7D9E" w:rsidRPr="005D7D9E" w:rsidRDefault="005D7D9E" w:rsidP="005D7D9E">
      <w:pPr>
        <w:pStyle w:val="Geenafstand"/>
        <w:numPr>
          <w:ilvl w:val="0"/>
          <w:numId w:val="13"/>
        </w:numPr>
        <w:rPr>
          <w:lang w:val="nl-NL"/>
        </w:rPr>
      </w:pPr>
      <w:r>
        <w:rPr>
          <w:lang w:val="nl-NL"/>
        </w:rPr>
        <w:t>U kunt een geschil aanhangig maken wanneer u het niet eens bent met</w:t>
      </w:r>
      <w:r w:rsidRPr="005D7D9E">
        <w:rPr>
          <w:lang w:val="nl-NL"/>
        </w:rPr>
        <w:t xml:space="preserve"> de positie </w:t>
      </w:r>
      <w:r>
        <w:rPr>
          <w:lang w:val="nl-NL"/>
        </w:rPr>
        <w:t xml:space="preserve">van uw project </w:t>
      </w:r>
      <w:r w:rsidRPr="005D7D9E">
        <w:rPr>
          <w:lang w:val="nl-NL"/>
        </w:rPr>
        <w:t>op de volgordelijst.</w:t>
      </w:r>
      <w:r w:rsidR="005D3854">
        <w:rPr>
          <w:lang w:val="nl-NL"/>
        </w:rPr>
        <w:t xml:space="preserve"> Hoe u dat kunt doen is bepaald in de beleidsregel. </w:t>
      </w:r>
    </w:p>
    <w:p w14:paraId="3066BE0D" w14:textId="77777777" w:rsidR="005D7D9E" w:rsidRDefault="005D7D9E" w:rsidP="005D7D9E">
      <w:pPr>
        <w:pStyle w:val="Geenafstand"/>
        <w:numPr>
          <w:ilvl w:val="0"/>
          <w:numId w:val="13"/>
        </w:numPr>
        <w:rPr>
          <w:lang w:val="nl-NL"/>
        </w:rPr>
      </w:pPr>
      <w:r w:rsidRPr="005D7D9E">
        <w:rPr>
          <w:lang w:val="nl-NL"/>
        </w:rPr>
        <w:t>Het verkrijgen van een positie op de volgordelijst betekent </w:t>
      </w:r>
      <w:r w:rsidRPr="005D7D9E">
        <w:rPr>
          <w:b/>
          <w:bCs/>
          <w:lang w:val="nl-NL"/>
        </w:rPr>
        <w:t>niet automatisch</w:t>
      </w:r>
      <w:r w:rsidRPr="005D7D9E">
        <w:rPr>
          <w:lang w:val="nl-NL"/>
        </w:rPr>
        <w:t> dat netcapaciteit beschikbaar is. Dit blijft afhankelijk van de capaciteit bij de netbeheerder.</w:t>
      </w:r>
    </w:p>
    <w:p w14:paraId="14376ED5" w14:textId="77777777" w:rsidR="00DA6705" w:rsidRDefault="00DA6705" w:rsidP="00DA6705">
      <w:pPr>
        <w:pStyle w:val="Geenafstand"/>
        <w:rPr>
          <w:lang w:val="nl-NL"/>
        </w:rPr>
      </w:pPr>
    </w:p>
    <w:p w14:paraId="6C084936" w14:textId="77777777" w:rsidR="00DA6705" w:rsidRPr="00181CA5" w:rsidRDefault="00DA6705" w:rsidP="00DA6705">
      <w:pPr>
        <w:pStyle w:val="Geenafstand"/>
        <w:rPr>
          <w:lang w:val="nl-NL"/>
        </w:rPr>
      </w:pPr>
      <w:r>
        <w:rPr>
          <w:lang w:val="nl-NL"/>
        </w:rPr>
        <w:t xml:space="preserve">Bij vragen omtrent de aanvraag of aanvraagprocedure kunt u mailen naar </w:t>
      </w:r>
      <w:hyperlink r:id="rId8" w:history="1">
        <w:r w:rsidRPr="001C51C4">
          <w:rPr>
            <w:rStyle w:val="Hyperlink"/>
            <w:lang w:val="nl-NL"/>
          </w:rPr>
          <w:t>info@valkenburg.nl</w:t>
        </w:r>
      </w:hyperlink>
      <w:r>
        <w:rPr>
          <w:lang w:val="nl-NL"/>
        </w:rPr>
        <w:t>. Vermeld in uw mail uw vraag en het telefoonnummer waarop wij contact met u op kunnen nemen.</w:t>
      </w:r>
    </w:p>
    <w:p w14:paraId="77394B3D" w14:textId="77777777" w:rsidR="00DA6705" w:rsidRPr="005D7D9E" w:rsidRDefault="00DA6705" w:rsidP="00DA6705">
      <w:pPr>
        <w:pStyle w:val="Geenafstand"/>
        <w:rPr>
          <w:lang w:val="nl-NL"/>
        </w:rPr>
      </w:pPr>
    </w:p>
    <w:p w14:paraId="5FDDEE9B" w14:textId="60AEAD6E" w:rsidR="006E089F" w:rsidRDefault="0041245E">
      <w:pPr>
        <w:pStyle w:val="Kop1"/>
        <w:rPr>
          <w:lang w:val="nl-NL"/>
        </w:rPr>
      </w:pPr>
      <w:r w:rsidRPr="005D7D9E">
        <w:rPr>
          <w:lang w:val="nl-NL"/>
        </w:rPr>
        <w:lastRenderedPageBreak/>
        <w:t>Prioriteit</w:t>
      </w:r>
    </w:p>
    <w:p w14:paraId="43E499DA" w14:textId="12AC2AD0" w:rsidR="00157C35" w:rsidRPr="00157C35" w:rsidRDefault="00157C35" w:rsidP="00157C35">
      <w:pPr>
        <w:pStyle w:val="Geenafstand"/>
        <w:rPr>
          <w:lang w:val="nl-NL"/>
        </w:rPr>
      </w:pPr>
      <w:r w:rsidRPr="00157C35">
        <w:rPr>
          <w:lang w:val="nl-NL"/>
        </w:rPr>
        <w:t>Hier geeft u aan of u voldoet aan de bewijslast voor het verkrijgen van prioriteit van de netbeheerder en of u voornemens bent om zowel aansluitingen als prioriteit aan te vragen. Indien vraag 1 en/of 2 met nee beantwoordt wordt, dan kan uw project niet meegenomen worden in het proces eerder aanvragen.</w:t>
      </w:r>
    </w:p>
    <w:p w14:paraId="60178EB7" w14:textId="77777777" w:rsidR="006E089F" w:rsidRPr="005D7D9E" w:rsidRDefault="0041245E">
      <w:pPr>
        <w:pStyle w:val="Kop2"/>
        <w:rPr>
          <w:lang w:val="nl-NL"/>
        </w:rPr>
      </w:pPr>
      <w:r w:rsidRPr="005D7D9E">
        <w:rPr>
          <w:lang w:val="nl-NL"/>
        </w:rPr>
        <w:t>1. Bewijsstukken</w:t>
      </w:r>
    </w:p>
    <w:p w14:paraId="08399555" w14:textId="77777777" w:rsidR="00122581" w:rsidRPr="00122581" w:rsidRDefault="00122581" w:rsidP="00122581">
      <w:pPr>
        <w:pStyle w:val="Geenafstand"/>
        <w:rPr>
          <w:lang w:val="nl-NL"/>
        </w:rPr>
      </w:pPr>
      <w:r w:rsidRPr="00122581">
        <w:rPr>
          <w:lang w:val="nl-NL"/>
        </w:rPr>
        <w:t>Door invulling van dit formulier kunnen wij u aanmelden voor het proces “eerder aanvragen” bij de netbeheerder. Voor het aanvragen van prioriteit hebben we additionele informatie nodig. Is uw project in de fase dat u het volgende kan aanleveren:</w:t>
      </w:r>
    </w:p>
    <w:p w14:paraId="242298D9" w14:textId="14C6D062" w:rsidR="00122581" w:rsidRPr="00122581" w:rsidRDefault="00122581" w:rsidP="00122581">
      <w:pPr>
        <w:pStyle w:val="Geenafstand"/>
        <w:numPr>
          <w:ilvl w:val="0"/>
          <w:numId w:val="14"/>
        </w:numPr>
        <w:rPr>
          <w:lang w:val="nl-NL"/>
        </w:rPr>
      </w:pPr>
      <w:r w:rsidRPr="00122581">
        <w:rPr>
          <w:lang w:val="nl-NL"/>
        </w:rPr>
        <w:t xml:space="preserve">Een overeenkomst tussen de gemeente en de ontwikkelaar waarin afspraken zijn </w:t>
      </w:r>
      <w:r w:rsidR="00331FC5">
        <w:rPr>
          <w:lang w:val="nl-NL"/>
        </w:rPr>
        <w:t xml:space="preserve">gemaakt </w:t>
      </w:r>
      <w:r w:rsidRPr="00122581">
        <w:rPr>
          <w:lang w:val="nl-NL"/>
        </w:rPr>
        <w:t>over de te bouwen woon</w:t>
      </w:r>
      <w:r w:rsidR="00504F9D">
        <w:rPr>
          <w:lang w:val="nl-NL"/>
        </w:rPr>
        <w:t>- of onderwijs</w:t>
      </w:r>
      <w:r w:rsidRPr="00122581">
        <w:rPr>
          <w:lang w:val="nl-NL"/>
        </w:rPr>
        <w:t>behoefte en indien nodig de aanpassingen in het omgevingsplan;</w:t>
      </w:r>
    </w:p>
    <w:p w14:paraId="5E4E94CC" w14:textId="77777777" w:rsidR="00122581" w:rsidRPr="00122581" w:rsidRDefault="00122581" w:rsidP="00122581">
      <w:pPr>
        <w:pStyle w:val="Geenafstand"/>
        <w:numPr>
          <w:ilvl w:val="0"/>
          <w:numId w:val="14"/>
        </w:numPr>
        <w:rPr>
          <w:lang w:val="nl-NL"/>
        </w:rPr>
      </w:pPr>
      <w:r w:rsidRPr="00122581">
        <w:rPr>
          <w:lang w:val="nl-NL"/>
        </w:rPr>
        <w:t>Indien voornoemde niet beschikbaar is, een afschrift van het omgevingsplan waaruit blijkt dat op de specifieke locatie woonbehoefte is voorzien;</w:t>
      </w:r>
    </w:p>
    <w:p w14:paraId="07AF3965" w14:textId="6D0DA024" w:rsidR="00122581" w:rsidRPr="00122581" w:rsidRDefault="00122581" w:rsidP="00122581">
      <w:pPr>
        <w:pStyle w:val="Geenafstand"/>
        <w:numPr>
          <w:ilvl w:val="0"/>
          <w:numId w:val="14"/>
        </w:numPr>
        <w:rPr>
          <w:lang w:val="nl-NL"/>
        </w:rPr>
      </w:pPr>
      <w:r w:rsidRPr="00122581">
        <w:rPr>
          <w:lang w:val="nl-NL"/>
        </w:rPr>
        <w:t xml:space="preserve">Een </w:t>
      </w:r>
      <w:r w:rsidR="00331FC5">
        <w:rPr>
          <w:lang w:val="nl-NL"/>
        </w:rPr>
        <w:t xml:space="preserve">deugdelijke motivering </w:t>
      </w:r>
      <w:r w:rsidRPr="00122581">
        <w:rPr>
          <w:lang w:val="nl-NL"/>
        </w:rPr>
        <w:t>in de bestuursverklaring later in dit formulier, ook te vinden in de systeemcode elektriciteit 2026 artikel 7.21 lid 3.</w:t>
      </w:r>
    </w:p>
    <w:p w14:paraId="02F5A19A" w14:textId="3806E1D8" w:rsidR="00161896" w:rsidRDefault="00161896" w:rsidP="00161896">
      <w:pPr>
        <w:pStyle w:val="Geenafstand"/>
        <w:rPr>
          <w:lang w:val="nl-NL"/>
        </w:rPr>
      </w:pPr>
      <w:r>
        <w:rPr>
          <w:lang w:val="nl-NL"/>
        </w:rPr>
        <w:t xml:space="preserve">                                                    </w:t>
      </w:r>
    </w:p>
    <w:p w14:paraId="0911BAB8" w14:textId="2CE3ADD5" w:rsidR="006E089F" w:rsidRPr="00122581" w:rsidRDefault="0041245E" w:rsidP="00161896">
      <w:pPr>
        <w:pStyle w:val="Geenafstand"/>
        <w:rPr>
          <w:rFonts w:ascii="Avenir Next LT Pro" w:hAnsi="Avenir Next LT Pro"/>
          <w:lang w:val="nl-NL"/>
        </w:rPr>
      </w:pPr>
      <w:sdt>
        <w:sdtPr>
          <w:rPr>
            <w:rFonts w:ascii="Avenir Next LT Pro" w:hAnsi="Avenir Next LT Pro"/>
            <w:lang w:val="nl-NL"/>
          </w:rPr>
          <w:id w:val="-1679800347"/>
          <w14:checkbox>
            <w14:checked w14:val="0"/>
            <w14:checkedState w14:val="2612" w14:font="MS Gothic"/>
            <w14:uncheckedState w14:val="2610" w14:font="MS Gothic"/>
          </w14:checkbox>
        </w:sdtPr>
        <w:sdtEndPr/>
        <w:sdtContent>
          <w:r w:rsidR="00097238">
            <w:rPr>
              <w:rFonts w:ascii="MS Gothic" w:eastAsia="MS Gothic" w:hAnsi="MS Gothic" w:hint="eastAsia"/>
              <w:lang w:val="nl-NL"/>
            </w:rPr>
            <w:t>☐</w:t>
          </w:r>
        </w:sdtContent>
      </w:sdt>
      <w:r w:rsidRPr="00122581">
        <w:rPr>
          <w:rFonts w:ascii="Avenir Next LT Pro" w:hAnsi="Avenir Next LT Pro"/>
          <w:lang w:val="nl-NL"/>
        </w:rPr>
        <w:t xml:space="preserve"> Ja    </w:t>
      </w:r>
      <w:sdt>
        <w:sdtPr>
          <w:rPr>
            <w:rFonts w:ascii="Avenir Next LT Pro" w:hAnsi="Avenir Next LT Pro"/>
            <w:lang w:val="nl-NL"/>
          </w:rPr>
          <w:id w:val="1820920952"/>
          <w14:checkbox>
            <w14:checked w14:val="0"/>
            <w14:checkedState w14:val="2612" w14:font="MS Gothic"/>
            <w14:uncheckedState w14:val="2610" w14:font="MS Gothic"/>
          </w14:checkbox>
        </w:sdtPr>
        <w:sdtEndPr/>
        <w:sdtContent>
          <w:r w:rsidR="009631CF">
            <w:rPr>
              <w:rFonts w:ascii="MS Gothic" w:eastAsia="MS Gothic" w:hAnsi="MS Gothic" w:hint="eastAsia"/>
              <w:lang w:val="nl-NL"/>
            </w:rPr>
            <w:t>☐</w:t>
          </w:r>
        </w:sdtContent>
      </w:sdt>
      <w:r w:rsidRPr="00122581">
        <w:rPr>
          <w:rFonts w:ascii="Avenir Next LT Pro" w:hAnsi="Avenir Next LT Pro"/>
          <w:lang w:val="nl-NL"/>
        </w:rPr>
        <w:t xml:space="preserve"> Nee</w:t>
      </w:r>
    </w:p>
    <w:p w14:paraId="0F203C0B" w14:textId="77777777" w:rsidR="00161896" w:rsidRPr="005D7D9E" w:rsidRDefault="00161896" w:rsidP="00161896">
      <w:pPr>
        <w:pStyle w:val="Geenafstand"/>
        <w:rPr>
          <w:lang w:val="nl-NL"/>
        </w:rPr>
      </w:pPr>
    </w:p>
    <w:p w14:paraId="0834CA3D" w14:textId="77777777" w:rsidR="006E089F" w:rsidRPr="005D7D9E" w:rsidRDefault="0041245E" w:rsidP="00161896">
      <w:pPr>
        <w:pStyle w:val="Kop2"/>
        <w:rPr>
          <w:lang w:val="nl-NL"/>
        </w:rPr>
      </w:pPr>
      <w:r w:rsidRPr="005D7D9E">
        <w:rPr>
          <w:lang w:val="nl-NL"/>
        </w:rPr>
        <w:t>2. Aanvraag prioriteit</w:t>
      </w:r>
    </w:p>
    <w:p w14:paraId="6C3F2BC6" w14:textId="4776455A" w:rsidR="006E089F" w:rsidRPr="00122581" w:rsidRDefault="0041245E" w:rsidP="00161896">
      <w:pPr>
        <w:pStyle w:val="Geenafstand"/>
        <w:rPr>
          <w:lang w:val="nl-NL"/>
        </w:rPr>
      </w:pPr>
      <w:r w:rsidRPr="005D7D9E">
        <w:rPr>
          <w:lang w:val="nl-NL"/>
        </w:rPr>
        <w:t xml:space="preserve">Wilt u </w:t>
      </w:r>
      <w:r w:rsidR="00157C35">
        <w:rPr>
          <w:lang w:val="nl-NL"/>
        </w:rPr>
        <w:t>voor het aangedragen project z</w:t>
      </w:r>
      <w:r w:rsidRPr="005D7D9E">
        <w:rPr>
          <w:lang w:val="nl-NL"/>
        </w:rPr>
        <w:t xml:space="preserve">owel </w:t>
      </w:r>
      <w:r w:rsidR="00122581">
        <w:rPr>
          <w:lang w:val="nl-NL"/>
        </w:rPr>
        <w:t>aansluitingen</w:t>
      </w:r>
      <w:r w:rsidRPr="005D7D9E">
        <w:rPr>
          <w:lang w:val="nl-NL"/>
        </w:rPr>
        <w:t xml:space="preserve"> als prioriteit aanvragen?</w:t>
      </w:r>
      <w:r w:rsidR="00122581">
        <w:rPr>
          <w:lang w:val="nl-NL"/>
        </w:rPr>
        <w:t xml:space="preserve"> </w:t>
      </w:r>
      <w:r w:rsidR="00122581" w:rsidRPr="00122581">
        <w:rPr>
          <w:lang w:val="nl-NL"/>
        </w:rPr>
        <w:t>Projecten kunnen enkel eerder worden aangevraagd bij de netbeheerder als zowel aansluiting als prioriteit worden aangevraagd.</w:t>
      </w:r>
    </w:p>
    <w:p w14:paraId="1F31BD48" w14:textId="77777777" w:rsidR="00157C35" w:rsidRDefault="00157C35" w:rsidP="00161896">
      <w:pPr>
        <w:pStyle w:val="Geenafstand"/>
        <w:rPr>
          <w:lang w:val="nl-NL"/>
        </w:rPr>
      </w:pPr>
    </w:p>
    <w:p w14:paraId="7FC09F27" w14:textId="228D3B89" w:rsidR="006E089F" w:rsidRPr="00122581" w:rsidRDefault="0041245E" w:rsidP="00161896">
      <w:pPr>
        <w:pStyle w:val="Geenafstand"/>
        <w:rPr>
          <w:rFonts w:ascii="Avenir Next LT Pro" w:hAnsi="Avenir Next LT Pro"/>
          <w:lang w:val="nl-NL"/>
        </w:rPr>
      </w:pPr>
      <w:sdt>
        <w:sdtPr>
          <w:rPr>
            <w:rFonts w:ascii="Avenir Next LT Pro" w:hAnsi="Avenir Next LT Pro"/>
            <w:lang w:val="nl-NL"/>
          </w:rPr>
          <w:id w:val="-449933497"/>
          <w14:checkbox>
            <w14:checked w14:val="0"/>
            <w14:checkedState w14:val="2612" w14:font="MS Gothic"/>
            <w14:uncheckedState w14:val="2610" w14:font="MS Gothic"/>
          </w14:checkbox>
        </w:sdtPr>
        <w:sdtEndPr/>
        <w:sdtContent>
          <w:r w:rsidR="005D7D9E" w:rsidRPr="00122581">
            <w:rPr>
              <w:rFonts w:ascii="Segoe UI Symbol" w:eastAsia="MS Gothic" w:hAnsi="Segoe UI Symbol" w:cs="Segoe UI Symbol"/>
              <w:lang w:val="nl-NL"/>
            </w:rPr>
            <w:t>☐</w:t>
          </w:r>
        </w:sdtContent>
      </w:sdt>
      <w:r w:rsidRPr="00122581">
        <w:rPr>
          <w:rFonts w:ascii="Avenir Next LT Pro" w:hAnsi="Avenir Next LT Pro"/>
          <w:lang w:val="nl-NL"/>
        </w:rPr>
        <w:t xml:space="preserve"> Ja    </w:t>
      </w:r>
      <w:sdt>
        <w:sdtPr>
          <w:rPr>
            <w:rFonts w:ascii="Avenir Next LT Pro" w:hAnsi="Avenir Next LT Pro"/>
            <w:lang w:val="nl-NL"/>
          </w:rPr>
          <w:id w:val="1749845359"/>
          <w14:checkbox>
            <w14:checked w14:val="0"/>
            <w14:checkedState w14:val="2612" w14:font="MS Gothic"/>
            <w14:uncheckedState w14:val="2610" w14:font="MS Gothic"/>
          </w14:checkbox>
        </w:sdtPr>
        <w:sdtEndPr/>
        <w:sdtContent>
          <w:r w:rsidR="005D7D9E" w:rsidRPr="00122581">
            <w:rPr>
              <w:rFonts w:ascii="Segoe UI Symbol" w:eastAsia="MS Gothic" w:hAnsi="Segoe UI Symbol" w:cs="Segoe UI Symbol"/>
              <w:lang w:val="nl-NL"/>
            </w:rPr>
            <w:t>☐</w:t>
          </w:r>
        </w:sdtContent>
      </w:sdt>
      <w:r w:rsidRPr="00122581">
        <w:rPr>
          <w:rFonts w:ascii="Avenir Next LT Pro" w:hAnsi="Avenir Next LT Pro"/>
          <w:lang w:val="nl-NL"/>
        </w:rPr>
        <w:t xml:space="preserve"> Nee</w:t>
      </w:r>
    </w:p>
    <w:p w14:paraId="1BA69E25" w14:textId="77777777" w:rsidR="006E089F" w:rsidRPr="005D7D9E" w:rsidRDefault="0041245E" w:rsidP="00161896">
      <w:pPr>
        <w:pStyle w:val="Kop1"/>
        <w:rPr>
          <w:lang w:val="nl-NL"/>
        </w:rPr>
      </w:pPr>
      <w:r w:rsidRPr="005D7D9E">
        <w:rPr>
          <w:lang w:val="nl-NL"/>
        </w:rPr>
        <w:t>Algemene informatie</w:t>
      </w:r>
    </w:p>
    <w:p w14:paraId="620DB866" w14:textId="77777777" w:rsidR="006E089F" w:rsidRPr="005D7D9E" w:rsidRDefault="0041245E" w:rsidP="00161896">
      <w:pPr>
        <w:pStyle w:val="Kop2"/>
        <w:rPr>
          <w:lang w:val="nl-NL"/>
        </w:rPr>
      </w:pPr>
      <w:r w:rsidRPr="005D7D9E">
        <w:rPr>
          <w:lang w:val="nl-NL"/>
        </w:rPr>
        <w:t>3. Projectnaam</w:t>
      </w:r>
    </w:p>
    <w:sdt>
      <w:sdtPr>
        <w:rPr>
          <w:lang w:val="nl-NL"/>
        </w:rPr>
        <w:id w:val="1665199114"/>
        <w:placeholder>
          <w:docPart w:val="2825C62FC1FF4B3582DF6D40031D87C3"/>
        </w:placeholder>
        <w:showingPlcHdr/>
      </w:sdtPr>
      <w:sdtEndPr/>
      <w:sdtContent>
        <w:p w14:paraId="4367FB6B" w14:textId="1E344FE5" w:rsidR="006E089F" w:rsidRPr="005D7D9E" w:rsidRDefault="009631CF" w:rsidP="00692982">
          <w:pPr>
            <w:rPr>
              <w:lang w:val="nl-NL"/>
            </w:rPr>
          </w:pPr>
          <w:r w:rsidRPr="005D7D9E">
            <w:rPr>
              <w:rStyle w:val="Tekstvantijdelijkeaanduiding"/>
              <w:lang w:val="nl-NL"/>
            </w:rPr>
            <w:t>Klik of tik om tekst in te voeren.</w:t>
          </w:r>
        </w:p>
      </w:sdtContent>
    </w:sdt>
    <w:p w14:paraId="072513F6" w14:textId="77777777" w:rsidR="006E089F" w:rsidRPr="005D7D9E" w:rsidRDefault="0041245E" w:rsidP="00161896">
      <w:pPr>
        <w:pStyle w:val="Kop2"/>
        <w:rPr>
          <w:lang w:val="nl-NL"/>
        </w:rPr>
      </w:pPr>
      <w:r w:rsidRPr="005D7D9E">
        <w:rPr>
          <w:lang w:val="nl-NL"/>
        </w:rPr>
        <w:t>4. Projectfase</w:t>
      </w:r>
    </w:p>
    <w:p w14:paraId="0907E03A" w14:textId="77777777" w:rsidR="00122581" w:rsidRDefault="00122581" w:rsidP="00122581">
      <w:pPr>
        <w:pStyle w:val="Geenafstand"/>
        <w:rPr>
          <w:lang w:val="nl-NL"/>
        </w:rPr>
      </w:pPr>
      <w:r w:rsidRPr="00122581">
        <w:rPr>
          <w:lang w:val="nl-NL"/>
        </w:rPr>
        <w:t>Bestaat het project uit meerdere fases? Vul hier dan in op welke fase dit formulier betrekking heeft.</w:t>
      </w:r>
    </w:p>
    <w:p w14:paraId="797B18BA" w14:textId="77777777" w:rsidR="00692982" w:rsidRDefault="00692982" w:rsidP="00122581">
      <w:pPr>
        <w:pStyle w:val="Geenafstand"/>
        <w:rPr>
          <w:lang w:val="nl-NL"/>
        </w:rPr>
      </w:pPr>
    </w:p>
    <w:sdt>
      <w:sdtPr>
        <w:rPr>
          <w:bCs/>
          <w:lang w:val="nl-NL"/>
        </w:rPr>
        <w:id w:val="-730847406"/>
        <w:placeholder>
          <w:docPart w:val="4274B8781CED4E6E8F6B2734284D3156"/>
        </w:placeholder>
        <w:showingPlcHdr/>
      </w:sdtPr>
      <w:sdtEndPr/>
      <w:sdtContent>
        <w:p w14:paraId="35D3B514" w14:textId="65A16171" w:rsidR="00122581" w:rsidRDefault="00122581" w:rsidP="00692982">
          <w:pPr>
            <w:rPr>
              <w:bCs/>
              <w:lang w:val="nl-NL"/>
            </w:rPr>
          </w:pPr>
          <w:r w:rsidRPr="00122581">
            <w:rPr>
              <w:rStyle w:val="Tekstvantijdelijkeaanduiding"/>
              <w:lang w:val="nl-NL"/>
            </w:rPr>
            <w:t>Klik of tik om tekst in te voeren.</w:t>
          </w:r>
        </w:p>
      </w:sdtContent>
    </w:sdt>
    <w:p w14:paraId="010D3B7F" w14:textId="60A730CC" w:rsidR="006E089F" w:rsidRPr="005D7D9E" w:rsidRDefault="0041245E" w:rsidP="00161896">
      <w:pPr>
        <w:pStyle w:val="Kop2"/>
        <w:rPr>
          <w:lang w:val="nl-NL"/>
        </w:rPr>
      </w:pPr>
      <w:r w:rsidRPr="005D7D9E">
        <w:rPr>
          <w:lang w:val="nl-NL"/>
        </w:rPr>
        <w:t>5. Zaaknummer</w:t>
      </w:r>
    </w:p>
    <w:p w14:paraId="079EA260" w14:textId="3D91E5C9" w:rsidR="00122581" w:rsidRDefault="00122581" w:rsidP="00122581">
      <w:pPr>
        <w:pStyle w:val="Geenafstand"/>
        <w:rPr>
          <w:lang w:val="nl-NL"/>
        </w:rPr>
      </w:pPr>
      <w:r w:rsidRPr="00122581">
        <w:rPr>
          <w:lang w:val="nl-NL"/>
        </w:rPr>
        <w:t>Vul het zaaknummer of kenmerk in dat de gemeente u verstrekt heeft</w:t>
      </w:r>
      <w:r w:rsidR="0081733C">
        <w:rPr>
          <w:lang w:val="nl-NL"/>
        </w:rPr>
        <w:t xml:space="preserve"> bij eerdere communicatie omtrent het project dat u aanmeldt</w:t>
      </w:r>
      <w:r w:rsidRPr="00122581">
        <w:rPr>
          <w:lang w:val="nl-NL"/>
        </w:rPr>
        <w:t>.</w:t>
      </w:r>
    </w:p>
    <w:p w14:paraId="335905D0" w14:textId="77777777" w:rsidR="00692982" w:rsidRDefault="00692982" w:rsidP="00122581">
      <w:pPr>
        <w:pStyle w:val="Geenafstand"/>
        <w:rPr>
          <w:lang w:val="nl-NL"/>
        </w:rPr>
      </w:pPr>
    </w:p>
    <w:sdt>
      <w:sdtPr>
        <w:rPr>
          <w:bCs/>
          <w:lang w:val="nl-NL"/>
        </w:rPr>
        <w:id w:val="-478230603"/>
        <w:placeholder>
          <w:docPart w:val="E87FF95F24A648F7A2D423F9ADC72CF5"/>
        </w:placeholder>
        <w:showingPlcHdr/>
      </w:sdtPr>
      <w:sdtEndPr/>
      <w:sdtContent>
        <w:p w14:paraId="1488B332" w14:textId="5FB12C6B" w:rsidR="00122581" w:rsidRDefault="00122581" w:rsidP="00692982">
          <w:pPr>
            <w:rPr>
              <w:bCs/>
              <w:lang w:val="nl-NL"/>
            </w:rPr>
          </w:pPr>
          <w:r w:rsidRPr="00122581">
            <w:rPr>
              <w:rStyle w:val="Tekstvantijdelijkeaanduiding"/>
              <w:lang w:val="nl-NL"/>
            </w:rPr>
            <w:t>Klik of tik om tekst in te voeren.</w:t>
          </w:r>
        </w:p>
      </w:sdtContent>
    </w:sdt>
    <w:p w14:paraId="48513B5B" w14:textId="1FF15034" w:rsidR="006E089F" w:rsidRDefault="0041245E" w:rsidP="00161896">
      <w:pPr>
        <w:pStyle w:val="Kop2"/>
        <w:rPr>
          <w:lang w:val="nl-NL"/>
        </w:rPr>
      </w:pPr>
      <w:r w:rsidRPr="005D7D9E">
        <w:rPr>
          <w:lang w:val="nl-NL"/>
        </w:rPr>
        <w:t>6. Lopende aanvraag Enexis</w:t>
      </w:r>
    </w:p>
    <w:p w14:paraId="7503ABE6" w14:textId="61AF9D43" w:rsidR="003531D3" w:rsidRDefault="003531D3" w:rsidP="003531D3">
      <w:pPr>
        <w:pStyle w:val="Geenafstand"/>
        <w:rPr>
          <w:lang w:val="nl-NL"/>
        </w:rPr>
      </w:pPr>
      <w:r>
        <w:rPr>
          <w:lang w:val="nl-NL"/>
        </w:rPr>
        <w:t>Heeft u al een lopende aanvraag bij Enexis</w:t>
      </w:r>
    </w:p>
    <w:p w14:paraId="7CC45A4F" w14:textId="77777777" w:rsidR="009631CF" w:rsidRPr="003531D3" w:rsidRDefault="009631CF" w:rsidP="003531D3">
      <w:pPr>
        <w:pStyle w:val="Geenafstand"/>
        <w:rPr>
          <w:lang w:val="nl-NL"/>
        </w:rPr>
      </w:pPr>
    </w:p>
    <w:p w14:paraId="6F5EE54D" w14:textId="40DCB736" w:rsidR="006E089F" w:rsidRPr="005D7D9E" w:rsidRDefault="0041245E" w:rsidP="00161896">
      <w:pPr>
        <w:pStyle w:val="Geenafstand"/>
        <w:rPr>
          <w:lang w:val="nl-NL"/>
        </w:rPr>
      </w:pPr>
      <w:sdt>
        <w:sdtPr>
          <w:rPr>
            <w:rFonts w:ascii="Avenir Next LT Pro" w:hAnsi="Avenir Next LT Pro" w:cs="Segoe UI Symbol"/>
            <w:lang w:val="nl-NL"/>
          </w:rPr>
          <w:id w:val="-1197231614"/>
          <w14:checkbox>
            <w14:checked w14:val="0"/>
            <w14:checkedState w14:val="2612" w14:font="MS Gothic"/>
            <w14:uncheckedState w14:val="2610" w14:font="MS Gothic"/>
          </w14:checkbox>
        </w:sdtPr>
        <w:sdtEndPr/>
        <w:sdtContent>
          <w:r w:rsidR="003531D3" w:rsidRPr="003531D3">
            <w:rPr>
              <w:rFonts w:ascii="Segoe UI Symbol" w:eastAsia="MS Gothic" w:hAnsi="Segoe UI Symbol" w:cs="Segoe UI Symbol"/>
              <w:lang w:val="nl-NL"/>
            </w:rPr>
            <w:t>☐</w:t>
          </w:r>
        </w:sdtContent>
      </w:sdt>
      <w:r w:rsidRPr="005D7D9E">
        <w:rPr>
          <w:lang w:val="nl-NL"/>
        </w:rPr>
        <w:t xml:space="preserve"> Ja    </w:t>
      </w:r>
      <w:sdt>
        <w:sdtPr>
          <w:rPr>
            <w:rFonts w:ascii="Avenir Next LT Pro" w:hAnsi="Avenir Next LT Pro"/>
            <w:lang w:val="nl-NL"/>
          </w:rPr>
          <w:id w:val="328334834"/>
          <w14:checkbox>
            <w14:checked w14:val="0"/>
            <w14:checkedState w14:val="2612" w14:font="MS Gothic"/>
            <w14:uncheckedState w14:val="2610" w14:font="MS Gothic"/>
          </w14:checkbox>
        </w:sdtPr>
        <w:sdtEndPr/>
        <w:sdtContent>
          <w:r w:rsidR="003531D3">
            <w:rPr>
              <w:rFonts w:ascii="MS Gothic" w:eastAsia="MS Gothic" w:hAnsi="MS Gothic" w:hint="eastAsia"/>
              <w:lang w:val="nl-NL"/>
            </w:rPr>
            <w:t>☐</w:t>
          </w:r>
        </w:sdtContent>
      </w:sdt>
      <w:r w:rsidRPr="005D7D9E">
        <w:rPr>
          <w:lang w:val="nl-NL"/>
        </w:rPr>
        <w:t xml:space="preserve"> Nee</w:t>
      </w:r>
    </w:p>
    <w:p w14:paraId="268FB39C" w14:textId="77777777" w:rsidR="006E089F" w:rsidRPr="005D7D9E" w:rsidRDefault="0041245E" w:rsidP="00161896">
      <w:pPr>
        <w:pStyle w:val="Kop2"/>
        <w:rPr>
          <w:lang w:val="nl-NL"/>
        </w:rPr>
      </w:pPr>
      <w:r w:rsidRPr="005D7D9E">
        <w:rPr>
          <w:lang w:val="nl-NL"/>
        </w:rPr>
        <w:lastRenderedPageBreak/>
        <w:t>7. EAN-code of aanmeldnummer</w:t>
      </w:r>
    </w:p>
    <w:p w14:paraId="0C89F408" w14:textId="77777777" w:rsidR="009631CF" w:rsidRDefault="009631CF" w:rsidP="009631CF">
      <w:pPr>
        <w:pStyle w:val="Geenafstand"/>
        <w:rPr>
          <w:lang w:val="nl-NL"/>
        </w:rPr>
      </w:pPr>
      <w:r w:rsidRPr="009631CF">
        <w:rPr>
          <w:lang w:val="nl-NL"/>
        </w:rPr>
        <w:t>Heeft u al een aansluiting en heeft u een verzwaring nodig? Vul dan hier uw EAN-code of aanmeldnummer in. Het aanmeldnummer vindt u op de website mijnaansluiting.nl.</w:t>
      </w:r>
    </w:p>
    <w:p w14:paraId="489628C6" w14:textId="77777777" w:rsidR="00692982" w:rsidRDefault="00692982" w:rsidP="009631CF">
      <w:pPr>
        <w:pStyle w:val="Geenafstand"/>
        <w:rPr>
          <w:lang w:val="nl-NL"/>
        </w:rPr>
      </w:pPr>
    </w:p>
    <w:sdt>
      <w:sdtPr>
        <w:rPr>
          <w:bCs/>
          <w:lang w:val="nl-NL"/>
        </w:rPr>
        <w:id w:val="-1144733881"/>
        <w:placeholder>
          <w:docPart w:val="DefaultPlaceholder_-1854013440"/>
        </w:placeholder>
        <w:showingPlcHdr/>
      </w:sdtPr>
      <w:sdtEndPr/>
      <w:sdtContent>
        <w:p w14:paraId="0B4D93AE" w14:textId="328BA875" w:rsidR="009631CF" w:rsidRDefault="009631CF" w:rsidP="00692982">
          <w:pPr>
            <w:rPr>
              <w:bCs/>
              <w:lang w:val="nl-NL"/>
            </w:rPr>
          </w:pPr>
          <w:r w:rsidRPr="009631CF">
            <w:rPr>
              <w:rStyle w:val="Tekstvantijdelijkeaanduiding"/>
              <w:lang w:val="nl-NL"/>
            </w:rPr>
            <w:t>Klik of tik om tekst in te voeren.</w:t>
          </w:r>
        </w:p>
      </w:sdtContent>
    </w:sdt>
    <w:p w14:paraId="78FC24ED" w14:textId="77777777" w:rsidR="00692982" w:rsidRPr="009631CF" w:rsidRDefault="00692982" w:rsidP="00692982">
      <w:pPr>
        <w:rPr>
          <w:bCs/>
          <w:lang w:val="nl-NL"/>
        </w:rPr>
      </w:pPr>
    </w:p>
    <w:p w14:paraId="3FAFB4FE" w14:textId="083934FA" w:rsidR="006E089F" w:rsidRDefault="0041245E" w:rsidP="00161896">
      <w:pPr>
        <w:pStyle w:val="Kop2"/>
        <w:rPr>
          <w:lang w:val="nl-NL"/>
        </w:rPr>
      </w:pPr>
      <w:r w:rsidRPr="005D7D9E">
        <w:rPr>
          <w:lang w:val="nl-NL"/>
        </w:rPr>
        <w:t xml:space="preserve">8. </w:t>
      </w:r>
      <w:r w:rsidR="009631CF">
        <w:rPr>
          <w:lang w:val="nl-NL"/>
        </w:rPr>
        <w:t>Geef een k</w:t>
      </w:r>
      <w:r w:rsidRPr="005D7D9E">
        <w:rPr>
          <w:lang w:val="nl-NL"/>
        </w:rPr>
        <w:t xml:space="preserve">orte beschrijving </w:t>
      </w:r>
      <w:r w:rsidR="009631CF">
        <w:rPr>
          <w:lang w:val="nl-NL"/>
        </w:rPr>
        <w:t>van het project</w:t>
      </w:r>
    </w:p>
    <w:sdt>
      <w:sdtPr>
        <w:rPr>
          <w:lang w:val="nl-NL"/>
        </w:rPr>
        <w:id w:val="304207368"/>
        <w:placeholder>
          <w:docPart w:val="DefaultPlaceholder_-1854013440"/>
        </w:placeholder>
        <w:showingPlcHdr/>
      </w:sdtPr>
      <w:sdtEndPr/>
      <w:sdtContent>
        <w:p w14:paraId="52BF3AEE" w14:textId="7C219F0A" w:rsidR="006E089F" w:rsidRPr="005D7D9E" w:rsidRDefault="009631CF" w:rsidP="00692982">
          <w:pPr>
            <w:rPr>
              <w:lang w:val="nl-NL"/>
            </w:rPr>
          </w:pPr>
          <w:r w:rsidRPr="009631CF">
            <w:rPr>
              <w:rStyle w:val="Tekstvantijdelijkeaanduiding"/>
              <w:lang w:val="nl-NL"/>
            </w:rPr>
            <w:t>Klik of tik om tekst in te voeren.</w:t>
          </w:r>
        </w:p>
      </w:sdtContent>
    </w:sdt>
    <w:p w14:paraId="0D44A151" w14:textId="77777777" w:rsidR="006E089F" w:rsidRPr="005D7D9E" w:rsidRDefault="0041245E" w:rsidP="00161896">
      <w:pPr>
        <w:pStyle w:val="Kop2"/>
        <w:rPr>
          <w:lang w:val="nl-NL"/>
        </w:rPr>
      </w:pPr>
      <w:r w:rsidRPr="005D7D9E">
        <w:rPr>
          <w:lang w:val="nl-NL"/>
        </w:rPr>
        <w:t>9. Adres van het project</w:t>
      </w:r>
    </w:p>
    <w:p w14:paraId="738CED9C" w14:textId="77777777" w:rsidR="009631CF" w:rsidRDefault="009631CF" w:rsidP="00161896">
      <w:pPr>
        <w:pStyle w:val="Geenafstand"/>
        <w:rPr>
          <w:lang w:val="nl-NL"/>
        </w:rPr>
      </w:pPr>
      <w:r w:rsidRPr="009631CF">
        <w:rPr>
          <w:lang w:val="nl-NL"/>
        </w:rPr>
        <w:t>Vul alle adresgegevens in die u al hebt, zoals de postcode, straatnaam en huisnummer(s). Heeft het project nog geen adres? Vul dan de locatie zo volledig en duidelijk mogelijk in.</w:t>
      </w:r>
    </w:p>
    <w:p w14:paraId="35F4B353" w14:textId="77777777" w:rsidR="009631CF" w:rsidRDefault="009631CF" w:rsidP="00161896">
      <w:pPr>
        <w:pStyle w:val="Geenafstand"/>
        <w:rPr>
          <w:lang w:val="nl-NL"/>
        </w:rPr>
      </w:pPr>
    </w:p>
    <w:p w14:paraId="60F88B8A" w14:textId="19D69126" w:rsidR="00692982" w:rsidRPr="005D7D9E" w:rsidRDefault="0041245E" w:rsidP="00692982">
      <w:pPr>
        <w:rPr>
          <w:lang w:val="nl-NL"/>
        </w:rPr>
      </w:pPr>
      <w:sdt>
        <w:sdtPr>
          <w:rPr>
            <w:lang w:val="nl-NL"/>
          </w:rPr>
          <w:id w:val="859160757"/>
          <w:placeholder>
            <w:docPart w:val="DefaultPlaceholder_-1854013440"/>
          </w:placeholder>
          <w:showingPlcHdr/>
        </w:sdtPr>
        <w:sdtEndPr/>
        <w:sdtContent>
          <w:r w:rsidR="009631CF" w:rsidRPr="009631CF">
            <w:rPr>
              <w:rStyle w:val="Tekstvantijdelijkeaanduiding"/>
              <w:lang w:val="nl-NL"/>
            </w:rPr>
            <w:t>Klik of tik om tekst in te voeren.</w:t>
          </w:r>
        </w:sdtContent>
      </w:sdt>
    </w:p>
    <w:p w14:paraId="5A873642" w14:textId="77777777" w:rsidR="006E089F" w:rsidRDefault="0041245E" w:rsidP="00161896">
      <w:pPr>
        <w:pStyle w:val="Kop2"/>
        <w:rPr>
          <w:lang w:val="nl-NL"/>
        </w:rPr>
      </w:pPr>
      <w:r w:rsidRPr="005D7D9E">
        <w:rPr>
          <w:lang w:val="nl-NL"/>
        </w:rPr>
        <w:t>10. Beoogde startdatum bouw</w:t>
      </w:r>
    </w:p>
    <w:p w14:paraId="434CB6CE" w14:textId="3EC58881" w:rsidR="009631CF" w:rsidRPr="009631CF" w:rsidRDefault="00331FC5" w:rsidP="003C7C4B">
      <w:pPr>
        <w:rPr>
          <w:lang w:val="nl-NL"/>
        </w:rPr>
      </w:pPr>
      <w:r>
        <w:rPr>
          <w:lang w:val="nl-NL"/>
        </w:rPr>
        <w:t>Wat wij verstaan onder de startdatum bouw is omschreven in artikel 9 lid 1 van de beleidsregel.</w:t>
      </w:r>
    </w:p>
    <w:sdt>
      <w:sdtPr>
        <w:rPr>
          <w:lang w:val="nl-NL"/>
        </w:rPr>
        <w:id w:val="-1975511130"/>
        <w:placeholder>
          <w:docPart w:val="DefaultPlaceholder_-1854013437"/>
        </w:placeholder>
        <w:showingPlcHdr/>
        <w:date>
          <w:dateFormat w:val="d-M-yyyy"/>
          <w:lid w:val="nl-NL"/>
          <w:storeMappedDataAs w:val="dateTime"/>
          <w:calendar w:val="gregorian"/>
        </w:date>
      </w:sdtPr>
      <w:sdtEndPr/>
      <w:sdtContent>
        <w:p w14:paraId="103960EA" w14:textId="7A5B0A4C" w:rsidR="006E089F" w:rsidRPr="005D7D9E" w:rsidRDefault="009631CF" w:rsidP="00692982">
          <w:pPr>
            <w:rPr>
              <w:lang w:val="nl-NL"/>
            </w:rPr>
          </w:pPr>
          <w:r w:rsidRPr="009631CF">
            <w:rPr>
              <w:rStyle w:val="Tekstvantijdelijkeaanduiding"/>
              <w:lang w:val="nl-NL"/>
            </w:rPr>
            <w:t>Klik of tik om een datum in te voeren.</w:t>
          </w:r>
        </w:p>
      </w:sdtContent>
    </w:sdt>
    <w:p w14:paraId="0447A9CF" w14:textId="77777777" w:rsidR="006E089F" w:rsidRPr="005D7D9E" w:rsidRDefault="0041245E" w:rsidP="00161896">
      <w:pPr>
        <w:pStyle w:val="Kop2"/>
        <w:rPr>
          <w:lang w:val="nl-NL"/>
        </w:rPr>
      </w:pPr>
      <w:r w:rsidRPr="005D7D9E">
        <w:rPr>
          <w:lang w:val="nl-NL"/>
        </w:rPr>
        <w:t>11. Projectplanning</w:t>
      </w:r>
    </w:p>
    <w:p w14:paraId="6250AE16" w14:textId="4F373CC4" w:rsidR="009631CF" w:rsidRPr="009631CF" w:rsidRDefault="009631CF" w:rsidP="009631CF">
      <w:pPr>
        <w:pStyle w:val="Geenafstand"/>
        <w:rPr>
          <w:bCs/>
          <w:lang w:val="nl-NL"/>
        </w:rPr>
      </w:pPr>
      <w:r>
        <w:rPr>
          <w:lang w:val="nl-NL"/>
        </w:rPr>
        <w:t>Voeg als bijlage een</w:t>
      </w:r>
      <w:r w:rsidRPr="009631CF">
        <w:rPr>
          <w:lang w:val="nl-NL"/>
        </w:rPr>
        <w:t xml:space="preserve"> projectplanning</w:t>
      </w:r>
      <w:r>
        <w:rPr>
          <w:lang w:val="nl-NL"/>
        </w:rPr>
        <w:t xml:space="preserve"> toe,</w:t>
      </w:r>
      <w:r w:rsidRPr="009631CF">
        <w:rPr>
          <w:lang w:val="nl-NL"/>
        </w:rPr>
        <w:t xml:space="preserve"> waaruit blijkt dat de door u opgevoerde datum voor de start van de bouw aannemelijk is. Betrek hier ook eventuele subsidievoorwaarden of vergunningseisen bij.</w:t>
      </w:r>
    </w:p>
    <w:p w14:paraId="508F9C78" w14:textId="4E09A01F" w:rsidR="006E089F" w:rsidRDefault="0041245E" w:rsidP="00161896">
      <w:pPr>
        <w:pStyle w:val="Kop2"/>
        <w:rPr>
          <w:lang w:val="nl-NL"/>
        </w:rPr>
      </w:pPr>
      <w:r w:rsidRPr="005D7D9E">
        <w:rPr>
          <w:lang w:val="nl-NL"/>
        </w:rPr>
        <w:t>12. Gewenste opleverdatum project</w:t>
      </w:r>
    </w:p>
    <w:p w14:paraId="3388995A" w14:textId="407AFC98" w:rsidR="009631CF" w:rsidRDefault="009631CF" w:rsidP="009631CF">
      <w:pPr>
        <w:pStyle w:val="Geenafstand"/>
        <w:rPr>
          <w:lang w:val="nl-NL"/>
        </w:rPr>
      </w:pPr>
      <w:r w:rsidRPr="009631CF">
        <w:rPr>
          <w:lang w:val="nl-NL"/>
        </w:rPr>
        <w:t>Projecten die na 2036 worden opgeleverd kunnen niet meegenomen worden in de procedure eerder aanvragen</w:t>
      </w:r>
      <w:r>
        <w:rPr>
          <w:lang w:val="nl-NL"/>
        </w:rPr>
        <w:t>.</w:t>
      </w:r>
    </w:p>
    <w:p w14:paraId="331D77A1" w14:textId="77777777" w:rsidR="009631CF" w:rsidRPr="009631CF" w:rsidRDefault="009631CF" w:rsidP="009631CF">
      <w:pPr>
        <w:pStyle w:val="Geenafstand"/>
        <w:rPr>
          <w:lang w:val="nl-NL"/>
        </w:rPr>
      </w:pPr>
    </w:p>
    <w:sdt>
      <w:sdtPr>
        <w:rPr>
          <w:lang w:val="nl-NL"/>
        </w:rPr>
        <w:id w:val="350533684"/>
        <w:placeholder>
          <w:docPart w:val="DefaultPlaceholder_-1854013437"/>
        </w:placeholder>
        <w:showingPlcHdr/>
        <w:date>
          <w:dateFormat w:val="d-M-yyyy"/>
          <w:lid w:val="nl-NL"/>
          <w:storeMappedDataAs w:val="dateTime"/>
          <w:calendar w:val="gregorian"/>
        </w:date>
      </w:sdtPr>
      <w:sdtEndPr/>
      <w:sdtContent>
        <w:p w14:paraId="73B958EA" w14:textId="0936CA5A" w:rsidR="009631CF" w:rsidRPr="009631CF" w:rsidRDefault="009631CF" w:rsidP="009631CF">
          <w:pPr>
            <w:rPr>
              <w:lang w:val="nl-NL"/>
            </w:rPr>
          </w:pPr>
          <w:r w:rsidRPr="009631CF">
            <w:rPr>
              <w:rStyle w:val="Tekstvantijdelijkeaanduiding"/>
              <w:lang w:val="nl-NL"/>
            </w:rPr>
            <w:t>Klik of tik om een datum in te voeren.</w:t>
          </w:r>
        </w:p>
      </w:sdtContent>
    </w:sdt>
    <w:p w14:paraId="361B3722" w14:textId="77777777" w:rsidR="006E089F" w:rsidRDefault="0041245E" w:rsidP="00161896">
      <w:pPr>
        <w:pStyle w:val="Kop1"/>
        <w:rPr>
          <w:lang w:val="nl-NL"/>
        </w:rPr>
      </w:pPr>
      <w:r w:rsidRPr="005D7D9E">
        <w:rPr>
          <w:lang w:val="nl-NL"/>
        </w:rPr>
        <w:t>Gegevens initiatiefnemer</w:t>
      </w:r>
    </w:p>
    <w:p w14:paraId="1E7CA1E4" w14:textId="0358DB8F" w:rsidR="009631CF" w:rsidRPr="009631CF" w:rsidRDefault="009631CF" w:rsidP="009631CF">
      <w:pPr>
        <w:pStyle w:val="Geenafstand"/>
        <w:rPr>
          <w:lang w:val="nl-NL"/>
        </w:rPr>
      </w:pPr>
      <w:r w:rsidRPr="009631CF">
        <w:rPr>
          <w:lang w:val="nl-NL"/>
        </w:rPr>
        <w:t>Vul hier de gegevens in van de contactpersoon voor deze aanvraag. De gemeente neemt contact op met deze persoon als er vragen of opmerkingen zijn.</w:t>
      </w:r>
    </w:p>
    <w:p w14:paraId="4D1EDA29" w14:textId="68AA2739" w:rsidR="006E089F" w:rsidRDefault="0041245E" w:rsidP="00161896">
      <w:pPr>
        <w:pStyle w:val="Kop2"/>
        <w:rPr>
          <w:lang w:val="nl-NL"/>
        </w:rPr>
      </w:pPr>
      <w:r w:rsidRPr="005D7D9E">
        <w:rPr>
          <w:lang w:val="nl-NL"/>
        </w:rPr>
        <w:t xml:space="preserve">13. </w:t>
      </w:r>
      <w:r w:rsidR="00683A6C">
        <w:rPr>
          <w:lang w:val="nl-NL"/>
        </w:rPr>
        <w:t>Namens welk type organisatie dient u dit formulier in</w:t>
      </w:r>
      <w:r w:rsidR="001301A6">
        <w:rPr>
          <w:lang w:val="nl-NL"/>
        </w:rPr>
        <w:t xml:space="preserve">? </w:t>
      </w:r>
    </w:p>
    <w:p w14:paraId="09332535" w14:textId="77777777" w:rsidR="00683A6C" w:rsidRPr="00683A6C" w:rsidRDefault="00683A6C" w:rsidP="00683A6C">
      <w:pPr>
        <w:pStyle w:val="Geenafstand"/>
        <w:rPr>
          <w:lang w:val="nl-NL"/>
        </w:rPr>
      </w:pPr>
    </w:p>
    <w:p w14:paraId="33A42353" w14:textId="3873F4F0" w:rsidR="006E089F" w:rsidRPr="005D7D9E" w:rsidRDefault="0041245E" w:rsidP="00161896">
      <w:pPr>
        <w:pStyle w:val="Geenafstand"/>
        <w:rPr>
          <w:lang w:val="nl-NL"/>
        </w:rPr>
      </w:pPr>
      <w:sdt>
        <w:sdtPr>
          <w:rPr>
            <w:rFonts w:ascii="Segoe UI Symbol" w:hAnsi="Segoe UI Symbol" w:cs="Segoe UI Symbol"/>
            <w:lang w:val="nl-NL"/>
          </w:rPr>
          <w:id w:val="-2120671701"/>
          <w14:checkbox>
            <w14:checked w14:val="0"/>
            <w14:checkedState w14:val="2612" w14:font="MS Gothic"/>
            <w14:uncheckedState w14:val="2610" w14:font="MS Gothic"/>
          </w14:checkbox>
        </w:sdtPr>
        <w:sdtEndPr/>
        <w:sdtContent>
          <w:r w:rsidR="009631CF">
            <w:rPr>
              <w:rFonts w:ascii="MS Gothic" w:eastAsia="MS Gothic" w:hAnsi="MS Gothic" w:cs="Segoe UI Symbol" w:hint="eastAsia"/>
              <w:lang w:val="nl-NL"/>
            </w:rPr>
            <w:t>☐</w:t>
          </w:r>
        </w:sdtContent>
      </w:sdt>
      <w:r w:rsidRPr="005D7D9E">
        <w:rPr>
          <w:lang w:val="nl-NL"/>
        </w:rPr>
        <w:t xml:space="preserve"> Ontwikkelaar    </w:t>
      </w:r>
      <w:sdt>
        <w:sdtPr>
          <w:rPr>
            <w:lang w:val="nl-NL"/>
          </w:rPr>
          <w:id w:val="-706182052"/>
          <w14:checkbox>
            <w14:checked w14:val="0"/>
            <w14:checkedState w14:val="2612" w14:font="MS Gothic"/>
            <w14:uncheckedState w14:val="2610" w14:font="MS Gothic"/>
          </w14:checkbox>
        </w:sdtPr>
        <w:sdtEndPr/>
        <w:sdtContent>
          <w:r w:rsidR="009631CF">
            <w:rPr>
              <w:rFonts w:ascii="MS Gothic" w:eastAsia="MS Gothic" w:hAnsi="MS Gothic" w:hint="eastAsia"/>
              <w:lang w:val="nl-NL"/>
            </w:rPr>
            <w:t>☐</w:t>
          </w:r>
        </w:sdtContent>
      </w:sdt>
      <w:r w:rsidRPr="005D7D9E">
        <w:rPr>
          <w:lang w:val="nl-NL"/>
        </w:rPr>
        <w:t xml:space="preserve"> Gemeente Valkenburg aan de Geul</w:t>
      </w:r>
    </w:p>
    <w:p w14:paraId="3AEBE51E" w14:textId="77777777" w:rsidR="006E089F" w:rsidRDefault="0041245E" w:rsidP="00161896">
      <w:pPr>
        <w:pStyle w:val="Kop2"/>
        <w:rPr>
          <w:lang w:val="nl-NL"/>
        </w:rPr>
      </w:pPr>
      <w:r w:rsidRPr="005D7D9E">
        <w:rPr>
          <w:lang w:val="nl-NL"/>
        </w:rPr>
        <w:t>14. Naam contactpersoon</w:t>
      </w:r>
    </w:p>
    <w:p w14:paraId="6B674B19" w14:textId="77777777" w:rsidR="00692982" w:rsidRPr="00692982" w:rsidRDefault="00692982" w:rsidP="00692982">
      <w:pPr>
        <w:pStyle w:val="Geenafstand"/>
        <w:rPr>
          <w:lang w:val="nl-NL"/>
        </w:rPr>
      </w:pPr>
    </w:p>
    <w:sdt>
      <w:sdtPr>
        <w:rPr>
          <w:lang w:val="nl-NL"/>
        </w:rPr>
        <w:id w:val="1366015793"/>
        <w:placeholder>
          <w:docPart w:val="DefaultPlaceholder_-1854013440"/>
        </w:placeholder>
        <w:showingPlcHdr/>
      </w:sdtPr>
      <w:sdtEndPr/>
      <w:sdtContent>
        <w:p w14:paraId="45B94693" w14:textId="081715F9" w:rsidR="00683A6C" w:rsidRDefault="00683A6C" w:rsidP="00692982">
          <w:pPr>
            <w:rPr>
              <w:lang w:val="nl-NL"/>
            </w:rPr>
          </w:pPr>
          <w:r w:rsidRPr="00683A6C">
            <w:rPr>
              <w:rStyle w:val="Tekstvantijdelijkeaanduiding"/>
              <w:lang w:val="nl-NL"/>
            </w:rPr>
            <w:t>Klik of tik om tekst in te voeren.</w:t>
          </w:r>
        </w:p>
      </w:sdtContent>
    </w:sdt>
    <w:p w14:paraId="4B0CFAFA" w14:textId="04EA32C8" w:rsidR="006E089F" w:rsidRDefault="0041245E" w:rsidP="00161896">
      <w:pPr>
        <w:pStyle w:val="Kop2"/>
        <w:rPr>
          <w:lang w:val="nl-NL"/>
        </w:rPr>
      </w:pPr>
      <w:r w:rsidRPr="005D7D9E">
        <w:rPr>
          <w:lang w:val="nl-NL"/>
        </w:rPr>
        <w:t>15. E-mailadres</w:t>
      </w:r>
      <w:r w:rsidR="00683A6C">
        <w:rPr>
          <w:lang w:val="nl-NL"/>
        </w:rPr>
        <w:t xml:space="preserve"> contactpersoon</w:t>
      </w:r>
    </w:p>
    <w:p w14:paraId="55887E61" w14:textId="77777777" w:rsidR="00692982" w:rsidRPr="00692982" w:rsidRDefault="00692982" w:rsidP="00692982">
      <w:pPr>
        <w:pStyle w:val="Geenafstand"/>
        <w:rPr>
          <w:lang w:val="nl-NL"/>
        </w:rPr>
      </w:pPr>
    </w:p>
    <w:sdt>
      <w:sdtPr>
        <w:rPr>
          <w:lang w:val="nl-NL"/>
        </w:rPr>
        <w:id w:val="-2040884006"/>
        <w:placeholder>
          <w:docPart w:val="DefaultPlaceholder_-1854013440"/>
        </w:placeholder>
        <w:showingPlcHdr/>
      </w:sdtPr>
      <w:sdtEndPr/>
      <w:sdtContent>
        <w:p w14:paraId="5BDCD539" w14:textId="67AF7C11" w:rsidR="00683A6C" w:rsidRDefault="00683A6C" w:rsidP="00683A6C">
          <w:pPr>
            <w:rPr>
              <w:lang w:val="nl-NL"/>
            </w:rPr>
          </w:pPr>
          <w:r w:rsidRPr="00683A6C">
            <w:rPr>
              <w:rStyle w:val="Tekstvantijdelijkeaanduiding"/>
              <w:lang w:val="nl-NL"/>
            </w:rPr>
            <w:t>Klik of tik om tekst in te voeren.</w:t>
          </w:r>
        </w:p>
      </w:sdtContent>
    </w:sdt>
    <w:p w14:paraId="7C6E5ACC" w14:textId="23F7041A" w:rsidR="006E089F" w:rsidRDefault="0041245E" w:rsidP="00161896">
      <w:pPr>
        <w:pStyle w:val="Kop2"/>
        <w:rPr>
          <w:lang w:val="nl-NL"/>
        </w:rPr>
      </w:pPr>
      <w:r w:rsidRPr="005D7D9E">
        <w:rPr>
          <w:lang w:val="nl-NL"/>
        </w:rPr>
        <w:lastRenderedPageBreak/>
        <w:t>16. Telefoonnummer</w:t>
      </w:r>
      <w:r w:rsidR="00683A6C">
        <w:rPr>
          <w:lang w:val="nl-NL"/>
        </w:rPr>
        <w:t xml:space="preserve"> contactpersoon</w:t>
      </w:r>
    </w:p>
    <w:p w14:paraId="58068142" w14:textId="77777777" w:rsidR="00692982" w:rsidRPr="00692982" w:rsidRDefault="00692982" w:rsidP="00692982">
      <w:pPr>
        <w:pStyle w:val="Geenafstand"/>
        <w:rPr>
          <w:lang w:val="nl-NL"/>
        </w:rPr>
      </w:pPr>
    </w:p>
    <w:p w14:paraId="309E2EF5" w14:textId="6B32D0A3" w:rsidR="006E089F" w:rsidRPr="005D7D9E" w:rsidRDefault="0041245E" w:rsidP="00683A6C">
      <w:pPr>
        <w:rPr>
          <w:lang w:val="nl-NL"/>
        </w:rPr>
      </w:pPr>
      <w:sdt>
        <w:sdtPr>
          <w:rPr>
            <w:lang w:val="nl-NL"/>
          </w:rPr>
          <w:id w:val="1557207204"/>
          <w:placeholder>
            <w:docPart w:val="DefaultPlaceholder_-1854013440"/>
          </w:placeholder>
          <w:showingPlcHdr/>
        </w:sdtPr>
        <w:sdtEndPr/>
        <w:sdtContent>
          <w:r w:rsidR="00683A6C" w:rsidRPr="00683A6C">
            <w:rPr>
              <w:rStyle w:val="Tekstvantijdelijkeaanduiding"/>
              <w:lang w:val="nl-NL"/>
            </w:rPr>
            <w:t>Klik of tik om tekst in te voeren.</w:t>
          </w:r>
        </w:sdtContent>
      </w:sdt>
    </w:p>
    <w:p w14:paraId="3F7C47BE" w14:textId="77777777" w:rsidR="006E089F" w:rsidRPr="003C7C4B" w:rsidRDefault="0041245E" w:rsidP="00161896">
      <w:pPr>
        <w:pStyle w:val="Kop1"/>
        <w:rPr>
          <w:lang w:val="nl-NL"/>
        </w:rPr>
      </w:pPr>
      <w:r w:rsidRPr="003C7C4B">
        <w:rPr>
          <w:lang w:val="nl-NL"/>
        </w:rPr>
        <w:t>Projectomvang en energiebehoefte</w:t>
      </w:r>
    </w:p>
    <w:p w14:paraId="02D816A4" w14:textId="130D033C" w:rsidR="00683A6C" w:rsidRPr="00683A6C" w:rsidRDefault="00683A6C" w:rsidP="00683A6C">
      <w:pPr>
        <w:pStyle w:val="Geenafstand"/>
        <w:rPr>
          <w:lang w:val="nl-NL"/>
        </w:rPr>
      </w:pPr>
      <w:r w:rsidRPr="00683A6C">
        <w:rPr>
          <w:lang w:val="nl-NL"/>
        </w:rPr>
        <w:t>Hier geeft u een beeld van de grootte van het project, de gewenste energievoorziening, de locatie en het verwachte elektriciteitsverbruik van woningen, voorzieningen en andere functies. Voor informatie over de aansluitwaarde die in deze regio geldt, gaat u naar de website van Enexis:</w:t>
      </w:r>
    </w:p>
    <w:p w14:paraId="36E93BEA" w14:textId="298BFD5D" w:rsidR="00683A6C" w:rsidRPr="00683A6C" w:rsidRDefault="00683A6C" w:rsidP="00683A6C">
      <w:pPr>
        <w:pStyle w:val="Geenafstand"/>
        <w:rPr>
          <w:lang w:val="nl-NL"/>
        </w:rPr>
      </w:pPr>
      <w:r w:rsidRPr="00683A6C">
        <w:rPr>
          <w:lang w:val="nl-NL"/>
        </w:rPr>
        <w:t xml:space="preserve">•    Kleinverbruik: </w:t>
      </w:r>
      <w:hyperlink r:id="rId9" w:history="1">
        <w:r w:rsidRPr="00683A6C">
          <w:rPr>
            <w:rStyle w:val="Hyperlink"/>
            <w:lang w:val="nl-NL"/>
          </w:rPr>
          <w:t>Capaciteit aansluiting: Welke aansluiting heb ik nodig? | Enexis Netbeheer</w:t>
        </w:r>
      </w:hyperlink>
    </w:p>
    <w:p w14:paraId="62E0347C" w14:textId="4C24320A" w:rsidR="00683A6C" w:rsidRDefault="00683A6C" w:rsidP="00683A6C">
      <w:pPr>
        <w:pStyle w:val="Geenafstand"/>
        <w:rPr>
          <w:lang w:val="nl-NL"/>
        </w:rPr>
      </w:pPr>
      <w:r w:rsidRPr="00683A6C">
        <w:rPr>
          <w:lang w:val="nl-NL"/>
        </w:rPr>
        <w:t xml:space="preserve">•    Grootverbruik: </w:t>
      </w:r>
      <w:hyperlink r:id="rId10" w:history="1">
        <w:r w:rsidRPr="00683A6C">
          <w:rPr>
            <w:rStyle w:val="Hyperlink"/>
            <w:lang w:val="nl-NL"/>
          </w:rPr>
          <w:t>Aansluitwaarde | Enexis Netbeheer</w:t>
        </w:r>
      </w:hyperlink>
    </w:p>
    <w:p w14:paraId="783CB0A2" w14:textId="77777777" w:rsidR="00683A6C" w:rsidRDefault="00683A6C" w:rsidP="00683A6C">
      <w:pPr>
        <w:pStyle w:val="Geenafstand"/>
        <w:rPr>
          <w:lang w:val="nl-NL"/>
        </w:rPr>
      </w:pPr>
    </w:p>
    <w:p w14:paraId="03867F2F" w14:textId="177786EC" w:rsidR="00683A6C" w:rsidRDefault="00683A6C" w:rsidP="00683A6C">
      <w:pPr>
        <w:pStyle w:val="Kop2"/>
        <w:rPr>
          <w:lang w:val="nl-NL"/>
        </w:rPr>
      </w:pPr>
      <w:r>
        <w:rPr>
          <w:lang w:val="nl-NL"/>
        </w:rPr>
        <w:t>17. Totaal aantal woningen</w:t>
      </w:r>
    </w:p>
    <w:p w14:paraId="23FA83AD" w14:textId="77777777" w:rsidR="00751E0F" w:rsidRPr="00751E0F" w:rsidRDefault="00751E0F" w:rsidP="00751E0F">
      <w:pPr>
        <w:pStyle w:val="Geenafstand"/>
        <w:rPr>
          <w:lang w:val="nl-NL"/>
        </w:rPr>
      </w:pPr>
    </w:p>
    <w:sdt>
      <w:sdtPr>
        <w:rPr>
          <w:lang w:val="nl-NL"/>
        </w:rPr>
        <w:id w:val="503480331"/>
        <w:placeholder>
          <w:docPart w:val="DefaultPlaceholder_-1854013440"/>
        </w:placeholder>
        <w:showingPlcHdr/>
      </w:sdtPr>
      <w:sdtEndPr/>
      <w:sdtContent>
        <w:p w14:paraId="45A8CBD4" w14:textId="4555652E" w:rsidR="00683A6C" w:rsidRDefault="00683A6C" w:rsidP="00683A6C">
          <w:pPr>
            <w:rPr>
              <w:lang w:val="nl-NL"/>
            </w:rPr>
          </w:pPr>
          <w:r w:rsidRPr="003C7C4B">
            <w:rPr>
              <w:lang w:val="nl-NL"/>
            </w:rPr>
            <w:t>Klik of tik om tekst in te voeren.</w:t>
          </w:r>
        </w:p>
      </w:sdtContent>
    </w:sdt>
    <w:p w14:paraId="39C93E73" w14:textId="50C0511E" w:rsidR="00683A6C" w:rsidRDefault="00683A6C" w:rsidP="00683A6C">
      <w:pPr>
        <w:pStyle w:val="Kop2"/>
        <w:rPr>
          <w:lang w:val="nl-NL"/>
        </w:rPr>
      </w:pPr>
      <w:r>
        <w:rPr>
          <w:lang w:val="nl-NL"/>
        </w:rPr>
        <w:t>18. Aantal hoogbouwwoningen</w:t>
      </w:r>
    </w:p>
    <w:p w14:paraId="5AAD665D" w14:textId="77777777" w:rsidR="00751E0F" w:rsidRPr="00751E0F" w:rsidRDefault="00751E0F" w:rsidP="00751E0F">
      <w:pPr>
        <w:pStyle w:val="Geenafstand"/>
        <w:rPr>
          <w:lang w:val="nl-NL"/>
        </w:rPr>
      </w:pPr>
    </w:p>
    <w:sdt>
      <w:sdtPr>
        <w:rPr>
          <w:lang w:val="nl-NL"/>
        </w:rPr>
        <w:id w:val="-1236774126"/>
        <w:placeholder>
          <w:docPart w:val="DefaultPlaceholder_-1854013440"/>
        </w:placeholder>
        <w:showingPlcHdr/>
      </w:sdtPr>
      <w:sdtEndPr/>
      <w:sdtContent>
        <w:p w14:paraId="53C6072E" w14:textId="1AF2262C" w:rsidR="00683A6C" w:rsidRDefault="00683A6C" w:rsidP="00683A6C">
          <w:pPr>
            <w:rPr>
              <w:lang w:val="nl-NL"/>
            </w:rPr>
          </w:pPr>
          <w:r w:rsidRPr="003C7C4B">
            <w:rPr>
              <w:lang w:val="nl-NL"/>
            </w:rPr>
            <w:t>Klik of tik om tekst in te voeren.</w:t>
          </w:r>
        </w:p>
      </w:sdtContent>
    </w:sdt>
    <w:p w14:paraId="671C90FF" w14:textId="2F95BFD2" w:rsidR="00751E0F" w:rsidRDefault="00751E0F" w:rsidP="00751E0F">
      <w:pPr>
        <w:pStyle w:val="Kop2"/>
        <w:rPr>
          <w:lang w:val="nl-NL"/>
        </w:rPr>
      </w:pPr>
      <w:r>
        <w:rPr>
          <w:lang w:val="nl-NL"/>
        </w:rPr>
        <w:t>19. Aantal laagbouwwoningen</w:t>
      </w:r>
    </w:p>
    <w:p w14:paraId="7719253F" w14:textId="77777777" w:rsidR="00751E0F" w:rsidRDefault="00751E0F" w:rsidP="00751E0F">
      <w:pPr>
        <w:pStyle w:val="Geenafstand"/>
        <w:rPr>
          <w:lang w:val="nl-NL"/>
        </w:rPr>
      </w:pPr>
    </w:p>
    <w:sdt>
      <w:sdtPr>
        <w:rPr>
          <w:lang w:val="nl-NL"/>
        </w:rPr>
        <w:id w:val="1990674434"/>
        <w:placeholder>
          <w:docPart w:val="DefaultPlaceholder_-1854013440"/>
        </w:placeholder>
        <w:showingPlcHdr/>
      </w:sdtPr>
      <w:sdtEndPr/>
      <w:sdtContent>
        <w:p w14:paraId="279420A7" w14:textId="6A16EE8B" w:rsidR="000B3D61" w:rsidRDefault="000B3D61" w:rsidP="000B3D61">
          <w:pPr>
            <w:rPr>
              <w:lang w:val="nl-NL"/>
            </w:rPr>
          </w:pPr>
          <w:r w:rsidRPr="000B3D61">
            <w:rPr>
              <w:rStyle w:val="Tekstvantijdelijkeaanduiding"/>
              <w:lang w:val="nl-NL"/>
            </w:rPr>
            <w:t>Klik of tik om tekst in te voeren.</w:t>
          </w:r>
        </w:p>
      </w:sdtContent>
    </w:sdt>
    <w:p w14:paraId="11A03F6B" w14:textId="03325EC3" w:rsidR="00181CA5" w:rsidRPr="00181CA5" w:rsidRDefault="00181CA5" w:rsidP="00181CA5">
      <w:pPr>
        <w:pStyle w:val="Geenafstand"/>
        <w:rPr>
          <w:b/>
          <w:bCs/>
          <w:lang w:val="nl-NL"/>
        </w:rPr>
      </w:pPr>
      <w:r w:rsidRPr="00181CA5">
        <w:rPr>
          <w:b/>
          <w:bCs/>
          <w:lang w:val="nl-NL"/>
        </w:rPr>
        <w:t xml:space="preserve">Maak voor </w:t>
      </w:r>
      <w:r>
        <w:rPr>
          <w:b/>
          <w:bCs/>
          <w:lang w:val="nl-NL"/>
        </w:rPr>
        <w:t xml:space="preserve">het invullen van </w:t>
      </w:r>
      <w:r w:rsidRPr="00181CA5">
        <w:rPr>
          <w:b/>
          <w:bCs/>
          <w:lang w:val="nl-NL"/>
        </w:rPr>
        <w:t xml:space="preserve">de </w:t>
      </w:r>
      <w:r>
        <w:rPr>
          <w:b/>
          <w:bCs/>
          <w:lang w:val="nl-NL"/>
        </w:rPr>
        <w:t>kopjes</w:t>
      </w:r>
      <w:r w:rsidRPr="00181CA5">
        <w:rPr>
          <w:b/>
          <w:bCs/>
          <w:lang w:val="nl-NL"/>
        </w:rPr>
        <w:t xml:space="preserve"> 20 tot en met 26 gebruik van de definities zoals vermeld in artikel 4.1 van het programma "Wonen in Valkenburg 2025-2050". Dit programma terug te vinden via: </w:t>
      </w:r>
      <w:hyperlink r:id="rId11" w:history="1">
        <w:r w:rsidRPr="00181CA5">
          <w:rPr>
            <w:rStyle w:val="Hyperlink"/>
            <w:b/>
            <w:bCs/>
            <w:lang w:val="nl-NL"/>
          </w:rPr>
          <w:t>Project: Programma Wonen 2025-2030 | Gemeente Valkenburg aan de Geul</w:t>
        </w:r>
      </w:hyperlink>
      <w:r w:rsidRPr="00181CA5">
        <w:rPr>
          <w:b/>
          <w:bCs/>
          <w:lang w:val="nl-NL"/>
        </w:rPr>
        <w:t xml:space="preserve">. </w:t>
      </w:r>
    </w:p>
    <w:p w14:paraId="73950D43" w14:textId="4BAD9AC7" w:rsidR="00181CA5" w:rsidRDefault="00181CA5" w:rsidP="00181CA5">
      <w:pPr>
        <w:pStyle w:val="Geenafstand"/>
        <w:rPr>
          <w:lang w:val="nl-NL"/>
        </w:rPr>
      </w:pPr>
    </w:p>
    <w:p w14:paraId="7EAC91D5" w14:textId="05BE60D2" w:rsidR="000B3D61" w:rsidRDefault="000B3D61" w:rsidP="000B3D61">
      <w:pPr>
        <w:pStyle w:val="Kop2"/>
        <w:rPr>
          <w:lang w:val="nl-NL"/>
        </w:rPr>
      </w:pPr>
      <w:r>
        <w:rPr>
          <w:lang w:val="nl-NL"/>
        </w:rPr>
        <w:t>20. Aantal sociale huurwoningen</w:t>
      </w:r>
    </w:p>
    <w:p w14:paraId="3C64AA7F" w14:textId="77777777" w:rsidR="000B3D61" w:rsidRDefault="000B3D61" w:rsidP="000B3D61">
      <w:pPr>
        <w:pStyle w:val="Geenafstand"/>
        <w:rPr>
          <w:lang w:val="nl-NL"/>
        </w:rPr>
      </w:pPr>
    </w:p>
    <w:sdt>
      <w:sdtPr>
        <w:rPr>
          <w:lang w:val="nl-NL"/>
        </w:rPr>
        <w:id w:val="-2071256334"/>
        <w:placeholder>
          <w:docPart w:val="DefaultPlaceholder_-1854013440"/>
        </w:placeholder>
        <w:showingPlcHdr/>
      </w:sdtPr>
      <w:sdtEndPr/>
      <w:sdtContent>
        <w:p w14:paraId="44427949" w14:textId="7E4DC1AE" w:rsidR="000B3D61" w:rsidRDefault="000B3D61" w:rsidP="000B3D61">
          <w:pPr>
            <w:rPr>
              <w:lang w:val="nl-NL"/>
            </w:rPr>
          </w:pPr>
          <w:r w:rsidRPr="000B3D61">
            <w:rPr>
              <w:lang w:val="nl-NL"/>
            </w:rPr>
            <w:t>Klik of tik om tekst in te voeren.</w:t>
          </w:r>
        </w:p>
      </w:sdtContent>
    </w:sdt>
    <w:p w14:paraId="3F07D61D" w14:textId="5FB03A0C" w:rsidR="000B3D61" w:rsidRDefault="000B3D61" w:rsidP="000B3D61">
      <w:pPr>
        <w:pStyle w:val="Kop2"/>
        <w:rPr>
          <w:lang w:val="nl-NL"/>
        </w:rPr>
      </w:pPr>
      <w:r>
        <w:rPr>
          <w:lang w:val="nl-NL"/>
        </w:rPr>
        <w:t>21. Aantal middenhuurwoningen</w:t>
      </w:r>
    </w:p>
    <w:p w14:paraId="3312D852" w14:textId="77777777" w:rsidR="000B3D61" w:rsidRDefault="000B3D61" w:rsidP="000B3D61">
      <w:pPr>
        <w:pStyle w:val="Geenafstand"/>
        <w:rPr>
          <w:lang w:val="nl-NL"/>
        </w:rPr>
      </w:pPr>
    </w:p>
    <w:sdt>
      <w:sdtPr>
        <w:rPr>
          <w:lang w:val="nl-NL"/>
        </w:rPr>
        <w:id w:val="947816986"/>
        <w:placeholder>
          <w:docPart w:val="DefaultPlaceholder_-1854013440"/>
        </w:placeholder>
        <w:showingPlcHdr/>
      </w:sdtPr>
      <w:sdtEndPr/>
      <w:sdtContent>
        <w:p w14:paraId="3F8874DE" w14:textId="36EAFC40" w:rsidR="000B3D61" w:rsidRDefault="000B3D61" w:rsidP="000B3D61">
          <w:pPr>
            <w:rPr>
              <w:lang w:val="nl-NL"/>
            </w:rPr>
          </w:pPr>
          <w:r w:rsidRPr="000B3D61">
            <w:rPr>
              <w:rStyle w:val="Tekstvantijdelijkeaanduiding"/>
              <w:lang w:val="nl-NL"/>
            </w:rPr>
            <w:t>Klik of tik om tekst in te voeren.</w:t>
          </w:r>
        </w:p>
      </w:sdtContent>
    </w:sdt>
    <w:p w14:paraId="57101FF0" w14:textId="2EF6600E" w:rsidR="000B3D61" w:rsidRDefault="000B3D61" w:rsidP="000B3D61">
      <w:pPr>
        <w:pStyle w:val="Kop2"/>
        <w:rPr>
          <w:lang w:val="nl-NL"/>
        </w:rPr>
      </w:pPr>
      <w:r>
        <w:rPr>
          <w:lang w:val="nl-NL"/>
        </w:rPr>
        <w:t>22. Aantal dure huurwoningen</w:t>
      </w:r>
    </w:p>
    <w:p w14:paraId="2267989A" w14:textId="77777777" w:rsidR="000B3D61" w:rsidRDefault="000B3D61" w:rsidP="000B3D61">
      <w:pPr>
        <w:pStyle w:val="Geenafstand"/>
        <w:rPr>
          <w:lang w:val="nl-NL"/>
        </w:rPr>
      </w:pPr>
    </w:p>
    <w:sdt>
      <w:sdtPr>
        <w:rPr>
          <w:lang w:val="nl-NL"/>
        </w:rPr>
        <w:id w:val="-454181585"/>
        <w:placeholder>
          <w:docPart w:val="DefaultPlaceholder_-1854013440"/>
        </w:placeholder>
        <w:showingPlcHdr/>
      </w:sdtPr>
      <w:sdtEndPr/>
      <w:sdtContent>
        <w:p w14:paraId="07D68E12" w14:textId="13511E0B" w:rsidR="000B3D61" w:rsidRDefault="000B3D61" w:rsidP="000B3D61">
          <w:pPr>
            <w:rPr>
              <w:lang w:val="nl-NL"/>
            </w:rPr>
          </w:pPr>
          <w:r w:rsidRPr="000B3D61">
            <w:rPr>
              <w:rStyle w:val="Tekstvantijdelijkeaanduiding"/>
              <w:lang w:val="nl-NL"/>
            </w:rPr>
            <w:t>Klik of tik om tekst in te voeren.</w:t>
          </w:r>
        </w:p>
      </w:sdtContent>
    </w:sdt>
    <w:p w14:paraId="31E62DD9" w14:textId="0DA4062B" w:rsidR="000B3D61" w:rsidRDefault="000B3D61" w:rsidP="000B3D61">
      <w:pPr>
        <w:pStyle w:val="Kop2"/>
        <w:rPr>
          <w:lang w:val="nl-NL"/>
        </w:rPr>
      </w:pPr>
      <w:r>
        <w:rPr>
          <w:lang w:val="nl-NL"/>
        </w:rPr>
        <w:t>23. Aantal goedkope koopwoningen</w:t>
      </w:r>
    </w:p>
    <w:p w14:paraId="1C5CDF35" w14:textId="77777777" w:rsidR="00181CA5" w:rsidRPr="00181CA5" w:rsidRDefault="00181CA5" w:rsidP="00181CA5">
      <w:pPr>
        <w:pStyle w:val="Geenafstand"/>
        <w:rPr>
          <w:lang w:val="nl-NL"/>
        </w:rPr>
      </w:pPr>
    </w:p>
    <w:sdt>
      <w:sdtPr>
        <w:rPr>
          <w:lang w:val="nl-NL"/>
        </w:rPr>
        <w:id w:val="-1058163855"/>
        <w:placeholder>
          <w:docPart w:val="DefaultPlaceholder_-1854013440"/>
        </w:placeholder>
        <w:showingPlcHdr/>
      </w:sdtPr>
      <w:sdtEndPr/>
      <w:sdtContent>
        <w:p w14:paraId="1337E68C" w14:textId="3683A92B" w:rsidR="000B3D61" w:rsidRDefault="00181CA5" w:rsidP="000B3D61">
          <w:pPr>
            <w:rPr>
              <w:lang w:val="nl-NL"/>
            </w:rPr>
          </w:pPr>
          <w:r w:rsidRPr="00181CA5">
            <w:rPr>
              <w:rStyle w:val="Tekstvantijdelijkeaanduiding"/>
              <w:lang w:val="nl-NL"/>
            </w:rPr>
            <w:t>Klik of tik om tekst in te voeren.</w:t>
          </w:r>
        </w:p>
      </w:sdtContent>
    </w:sdt>
    <w:p w14:paraId="1D7CC6B4" w14:textId="4F6AB6C2" w:rsidR="00181CA5" w:rsidRDefault="00181CA5" w:rsidP="00181CA5">
      <w:pPr>
        <w:pStyle w:val="Kop2"/>
        <w:rPr>
          <w:lang w:val="nl-NL"/>
        </w:rPr>
      </w:pPr>
      <w:r>
        <w:rPr>
          <w:lang w:val="nl-NL"/>
        </w:rPr>
        <w:t>24. Aantal laag betaalbare koopwoningen</w:t>
      </w:r>
    </w:p>
    <w:p w14:paraId="36CA96FA" w14:textId="77777777" w:rsidR="00181CA5" w:rsidRDefault="00181CA5" w:rsidP="00181CA5">
      <w:pPr>
        <w:pStyle w:val="Geenafstand"/>
        <w:rPr>
          <w:lang w:val="nl-NL"/>
        </w:rPr>
      </w:pPr>
    </w:p>
    <w:sdt>
      <w:sdtPr>
        <w:rPr>
          <w:lang w:val="nl-NL"/>
        </w:rPr>
        <w:id w:val="305753530"/>
        <w:placeholder>
          <w:docPart w:val="DefaultPlaceholder_-1854013440"/>
        </w:placeholder>
        <w:showingPlcHdr/>
      </w:sdtPr>
      <w:sdtEndPr/>
      <w:sdtContent>
        <w:p w14:paraId="22B01280" w14:textId="61CE2E49" w:rsidR="00181CA5" w:rsidRDefault="00181CA5" w:rsidP="00181CA5">
          <w:pPr>
            <w:rPr>
              <w:lang w:val="nl-NL"/>
            </w:rPr>
          </w:pPr>
          <w:r w:rsidRPr="00181CA5">
            <w:rPr>
              <w:rStyle w:val="Tekstvantijdelijkeaanduiding"/>
              <w:lang w:val="nl-NL"/>
            </w:rPr>
            <w:t>Klik of tik om tekst in te voeren.</w:t>
          </w:r>
        </w:p>
      </w:sdtContent>
    </w:sdt>
    <w:p w14:paraId="70F33F67" w14:textId="78E0B8A5" w:rsidR="00181CA5" w:rsidRDefault="00181CA5" w:rsidP="00181CA5">
      <w:pPr>
        <w:pStyle w:val="Kop2"/>
        <w:rPr>
          <w:lang w:val="nl-NL"/>
        </w:rPr>
      </w:pPr>
      <w:r>
        <w:rPr>
          <w:lang w:val="nl-NL"/>
        </w:rPr>
        <w:lastRenderedPageBreak/>
        <w:t>25. Aantal hoog betaalbare koopwoningen</w:t>
      </w:r>
    </w:p>
    <w:p w14:paraId="51E10202" w14:textId="77777777" w:rsidR="00181CA5" w:rsidRDefault="00181CA5" w:rsidP="00181CA5">
      <w:pPr>
        <w:pStyle w:val="Geenafstand"/>
        <w:rPr>
          <w:lang w:val="nl-NL"/>
        </w:rPr>
      </w:pPr>
    </w:p>
    <w:sdt>
      <w:sdtPr>
        <w:rPr>
          <w:lang w:val="nl-NL"/>
        </w:rPr>
        <w:id w:val="-1008828694"/>
        <w:placeholder>
          <w:docPart w:val="DefaultPlaceholder_-1854013440"/>
        </w:placeholder>
        <w:showingPlcHdr/>
      </w:sdtPr>
      <w:sdtEndPr/>
      <w:sdtContent>
        <w:p w14:paraId="270505B6" w14:textId="192EEBBF" w:rsidR="00181CA5" w:rsidRDefault="00181CA5" w:rsidP="00181CA5">
          <w:pPr>
            <w:rPr>
              <w:lang w:val="nl-NL"/>
            </w:rPr>
          </w:pPr>
          <w:r w:rsidRPr="00181CA5">
            <w:rPr>
              <w:rStyle w:val="Tekstvantijdelijkeaanduiding"/>
              <w:lang w:val="nl-NL"/>
            </w:rPr>
            <w:t>Klik of tik om tekst in te voeren.</w:t>
          </w:r>
        </w:p>
      </w:sdtContent>
    </w:sdt>
    <w:p w14:paraId="4C01E632" w14:textId="454867AE" w:rsidR="00181CA5" w:rsidRDefault="00181CA5" w:rsidP="00181CA5">
      <w:pPr>
        <w:pStyle w:val="Kop2"/>
        <w:rPr>
          <w:lang w:val="nl-NL"/>
        </w:rPr>
      </w:pPr>
      <w:r>
        <w:rPr>
          <w:lang w:val="nl-NL"/>
        </w:rPr>
        <w:t>26. Aantal dure koopwoningen</w:t>
      </w:r>
    </w:p>
    <w:p w14:paraId="56D98B75" w14:textId="77777777" w:rsidR="00181CA5" w:rsidRPr="00181CA5" w:rsidRDefault="00181CA5" w:rsidP="00181CA5">
      <w:pPr>
        <w:pStyle w:val="Geenafstand"/>
        <w:rPr>
          <w:lang w:val="nl-NL"/>
        </w:rPr>
      </w:pPr>
    </w:p>
    <w:sdt>
      <w:sdtPr>
        <w:rPr>
          <w:lang w:val="nl-NL"/>
        </w:rPr>
        <w:id w:val="922768282"/>
        <w:placeholder>
          <w:docPart w:val="DefaultPlaceholder_-1854013440"/>
        </w:placeholder>
        <w:showingPlcHdr/>
      </w:sdtPr>
      <w:sdtEndPr/>
      <w:sdtContent>
        <w:p w14:paraId="68B2CB6B" w14:textId="4D392FB0" w:rsidR="00181CA5" w:rsidRDefault="00181CA5" w:rsidP="00181CA5">
          <w:pPr>
            <w:rPr>
              <w:lang w:val="nl-NL"/>
            </w:rPr>
          </w:pPr>
          <w:r w:rsidRPr="00181CA5">
            <w:rPr>
              <w:rStyle w:val="Tekstvantijdelijkeaanduiding"/>
              <w:lang w:val="nl-NL"/>
            </w:rPr>
            <w:t>Klik of tik om tekst in te voeren.</w:t>
          </w:r>
        </w:p>
      </w:sdtContent>
    </w:sdt>
    <w:p w14:paraId="73847C54" w14:textId="063DCA81" w:rsidR="00181CA5" w:rsidRDefault="00181CA5" w:rsidP="00181CA5">
      <w:pPr>
        <w:pStyle w:val="Kop2"/>
        <w:rPr>
          <w:lang w:val="nl-NL"/>
        </w:rPr>
      </w:pPr>
      <w:r>
        <w:rPr>
          <w:lang w:val="nl-NL"/>
        </w:rPr>
        <w:t>27. Moet er sloop plaats vinden?</w:t>
      </w:r>
    </w:p>
    <w:p w14:paraId="32ED13C4" w14:textId="320D456F" w:rsidR="00181CA5" w:rsidRPr="00181CA5" w:rsidRDefault="0041245E" w:rsidP="00181CA5">
      <w:pPr>
        <w:rPr>
          <w:lang w:val="nl-NL"/>
        </w:rPr>
      </w:pPr>
      <w:sdt>
        <w:sdtPr>
          <w:rPr>
            <w:lang w:val="nl-NL"/>
          </w:rPr>
          <w:id w:val="743687495"/>
          <w14:checkbox>
            <w14:checked w14:val="0"/>
            <w14:checkedState w14:val="2612" w14:font="MS Gothic"/>
            <w14:uncheckedState w14:val="2610" w14:font="MS Gothic"/>
          </w14:checkbox>
        </w:sdtPr>
        <w:sdtEndPr/>
        <w:sdtContent>
          <w:r w:rsidR="00181CA5">
            <w:rPr>
              <w:rFonts w:ascii="MS Gothic" w:eastAsia="MS Gothic" w:hAnsi="MS Gothic" w:hint="eastAsia"/>
              <w:lang w:val="nl-NL"/>
            </w:rPr>
            <w:t>☐</w:t>
          </w:r>
        </w:sdtContent>
      </w:sdt>
      <w:r w:rsidR="00181CA5">
        <w:rPr>
          <w:lang w:val="nl-NL"/>
        </w:rPr>
        <w:t xml:space="preserve"> ja </w:t>
      </w:r>
      <w:sdt>
        <w:sdtPr>
          <w:rPr>
            <w:lang w:val="nl-NL"/>
          </w:rPr>
          <w:id w:val="395095361"/>
          <w14:checkbox>
            <w14:checked w14:val="0"/>
            <w14:checkedState w14:val="2612" w14:font="MS Gothic"/>
            <w14:uncheckedState w14:val="2610" w14:font="MS Gothic"/>
          </w14:checkbox>
        </w:sdtPr>
        <w:sdtEndPr/>
        <w:sdtContent>
          <w:r w:rsidR="00181CA5">
            <w:rPr>
              <w:rFonts w:ascii="MS Gothic" w:eastAsia="MS Gothic" w:hAnsi="MS Gothic" w:hint="eastAsia"/>
              <w:lang w:val="nl-NL"/>
            </w:rPr>
            <w:t>☐</w:t>
          </w:r>
        </w:sdtContent>
      </w:sdt>
      <w:r w:rsidR="00181CA5">
        <w:rPr>
          <w:lang w:val="nl-NL"/>
        </w:rPr>
        <w:t xml:space="preserve"> nee</w:t>
      </w:r>
    </w:p>
    <w:p w14:paraId="475BB47A" w14:textId="700D5BCA" w:rsidR="006E089F" w:rsidRDefault="00181CA5" w:rsidP="00157C35">
      <w:pPr>
        <w:pStyle w:val="Kop1"/>
        <w:rPr>
          <w:lang w:val="nl-NL"/>
        </w:rPr>
      </w:pPr>
      <w:r>
        <w:rPr>
          <w:lang w:val="nl-NL"/>
        </w:rPr>
        <w:t>Verplichte bijlagen</w:t>
      </w:r>
    </w:p>
    <w:p w14:paraId="1D864120" w14:textId="6033B9B8" w:rsidR="00181CA5" w:rsidRDefault="00181CA5" w:rsidP="00181CA5">
      <w:pPr>
        <w:pStyle w:val="Geenafstand"/>
        <w:rPr>
          <w:lang w:val="nl-NL"/>
        </w:rPr>
      </w:pPr>
      <w:r>
        <w:rPr>
          <w:lang w:val="nl-NL"/>
        </w:rPr>
        <w:t>De volgende bijlagen worden gevraagd ten behoeve van de projectindiening bij Enexis. Enkel wanneer deze compleet zijn ingevuld</w:t>
      </w:r>
      <w:r w:rsidR="008F31C7">
        <w:rPr>
          <w:lang w:val="nl-NL"/>
        </w:rPr>
        <w:t xml:space="preserve"> </w:t>
      </w:r>
      <w:r>
        <w:rPr>
          <w:lang w:val="nl-NL"/>
        </w:rPr>
        <w:t xml:space="preserve">en </w:t>
      </w:r>
      <w:r w:rsidR="008F31C7">
        <w:rPr>
          <w:lang w:val="nl-NL"/>
        </w:rPr>
        <w:t>ondertekend door een bevoegd bestuurder worden zij als compleet beschouwd.</w:t>
      </w:r>
    </w:p>
    <w:p w14:paraId="5A08FCF8" w14:textId="77777777" w:rsidR="00181CA5" w:rsidRDefault="00181CA5" w:rsidP="00181CA5">
      <w:pPr>
        <w:pStyle w:val="Geenafstand"/>
        <w:rPr>
          <w:lang w:val="nl-NL"/>
        </w:rPr>
      </w:pPr>
    </w:p>
    <w:p w14:paraId="7093D365" w14:textId="76CC60BA" w:rsidR="00181CA5" w:rsidRDefault="00181CA5" w:rsidP="00181CA5">
      <w:pPr>
        <w:pStyle w:val="Geenafstand"/>
        <w:rPr>
          <w:lang w:val="nl-NL"/>
        </w:rPr>
      </w:pPr>
      <w:r>
        <w:rPr>
          <w:lang w:val="nl-NL"/>
        </w:rPr>
        <w:t>Formats (terug te vinden op:</w:t>
      </w:r>
      <w:r w:rsidR="001A4AE6" w:rsidRPr="001A4AE6">
        <w:rPr>
          <w:sz w:val="22"/>
          <w:lang w:val="nl-NL"/>
        </w:rPr>
        <w:t xml:space="preserve"> </w:t>
      </w:r>
      <w:hyperlink r:id="rId12" w:history="1">
        <w:r w:rsidR="001A4AE6" w:rsidRPr="001A4AE6">
          <w:rPr>
            <w:rStyle w:val="Hyperlink"/>
            <w:lang w:val="nl-NL"/>
          </w:rPr>
          <w:t>www.valkenburg.nl/transportcapaciteit</w:t>
        </w:r>
      </w:hyperlink>
      <w:r>
        <w:rPr>
          <w:lang w:val="nl-NL"/>
        </w:rPr>
        <w:t>)</w:t>
      </w:r>
    </w:p>
    <w:p w14:paraId="0E20F4FF" w14:textId="32A6F9E1" w:rsidR="00181CA5" w:rsidRDefault="00181CA5" w:rsidP="00181CA5">
      <w:pPr>
        <w:pStyle w:val="Geenafstand"/>
        <w:numPr>
          <w:ilvl w:val="0"/>
          <w:numId w:val="15"/>
        </w:numPr>
        <w:rPr>
          <w:lang w:val="nl-NL"/>
        </w:rPr>
      </w:pPr>
      <w:r>
        <w:rPr>
          <w:lang w:val="nl-NL"/>
        </w:rPr>
        <w:t>VNG invulformat eerder aanvragen, polygoon van projectlocatie apart aanleveren</w:t>
      </w:r>
    </w:p>
    <w:p w14:paraId="0214D277" w14:textId="7EAF9CE8" w:rsidR="00181CA5" w:rsidRDefault="00181CA5" w:rsidP="00181CA5">
      <w:pPr>
        <w:pStyle w:val="Geenafstand"/>
        <w:numPr>
          <w:ilvl w:val="0"/>
          <w:numId w:val="15"/>
        </w:numPr>
        <w:rPr>
          <w:lang w:val="nl-NL"/>
        </w:rPr>
      </w:pPr>
      <w:r>
        <w:rPr>
          <w:lang w:val="nl-NL"/>
        </w:rPr>
        <w:t>Bestuursverklaring eerder aanvragen Valkenburg aan de Geul</w:t>
      </w:r>
      <w:r w:rsidR="007C35E3">
        <w:rPr>
          <w:lang w:val="nl-NL"/>
        </w:rPr>
        <w:t xml:space="preserve">. </w:t>
      </w:r>
    </w:p>
    <w:p w14:paraId="6CCDD2C0" w14:textId="77777777" w:rsidR="00181CA5" w:rsidRDefault="00181CA5" w:rsidP="00181CA5">
      <w:pPr>
        <w:pStyle w:val="Geenafstand"/>
        <w:rPr>
          <w:lang w:val="nl-NL"/>
        </w:rPr>
      </w:pPr>
    </w:p>
    <w:p w14:paraId="3877210C" w14:textId="38910734" w:rsidR="00181CA5" w:rsidRDefault="00181CA5" w:rsidP="00181CA5">
      <w:pPr>
        <w:pStyle w:val="Geenafstand"/>
        <w:rPr>
          <w:lang w:val="nl-NL"/>
        </w:rPr>
      </w:pPr>
      <w:r>
        <w:rPr>
          <w:lang w:val="nl-NL"/>
        </w:rPr>
        <w:t>Zelf te produceren</w:t>
      </w:r>
      <w:r w:rsidR="00F02BF1">
        <w:rPr>
          <w:lang w:val="nl-NL"/>
        </w:rPr>
        <w:t xml:space="preserve"> of bij te voegen</w:t>
      </w:r>
      <w:r>
        <w:rPr>
          <w:lang w:val="nl-NL"/>
        </w:rPr>
        <w:t>:</w:t>
      </w:r>
    </w:p>
    <w:p w14:paraId="14037C58" w14:textId="2BB84482" w:rsidR="00181CA5" w:rsidRDefault="00181CA5" w:rsidP="00181CA5">
      <w:pPr>
        <w:pStyle w:val="Geenafstand"/>
        <w:numPr>
          <w:ilvl w:val="0"/>
          <w:numId w:val="16"/>
        </w:numPr>
        <w:rPr>
          <w:lang w:val="nl-NL"/>
        </w:rPr>
      </w:pPr>
      <w:r>
        <w:rPr>
          <w:lang w:val="nl-NL"/>
        </w:rPr>
        <w:t>Polygoon van projectlocatie, deze is benoemd in VNG invulformat maar wordt omwille van eenduidige leesbaarheid apart gevraagd.</w:t>
      </w:r>
    </w:p>
    <w:p w14:paraId="2DB1A595" w14:textId="35C08C48" w:rsidR="00F02BF1" w:rsidRPr="007C35E3" w:rsidRDefault="00F02BF1" w:rsidP="00181CA5">
      <w:pPr>
        <w:pStyle w:val="Geenafstand"/>
        <w:numPr>
          <w:ilvl w:val="0"/>
          <w:numId w:val="16"/>
        </w:numPr>
        <w:rPr>
          <w:lang w:val="nl-NL"/>
        </w:rPr>
      </w:pPr>
      <w:r>
        <w:rPr>
          <w:lang w:val="nl-NL"/>
        </w:rPr>
        <w:t xml:space="preserve">De documenten die u </w:t>
      </w:r>
      <w:r w:rsidR="00421F21">
        <w:rPr>
          <w:lang w:val="nl-NL"/>
        </w:rPr>
        <w:t>moe</w:t>
      </w:r>
      <w:r>
        <w:rPr>
          <w:lang w:val="nl-NL"/>
        </w:rPr>
        <w:t xml:space="preserve">t overleggen ten behoeve van </w:t>
      </w:r>
      <w:r w:rsidR="00421F21">
        <w:rPr>
          <w:lang w:val="nl-NL"/>
        </w:rPr>
        <w:t>de volgende bewijslast: “</w:t>
      </w:r>
      <w:r w:rsidR="00421F21" w:rsidRPr="00421F21">
        <w:rPr>
          <w:lang w:val="nl-NL"/>
        </w:rPr>
        <w:t>Afschrift van de overeenkomst tussen de gemeente en de ontwikkelaar of initiatiefnemer waarin afspraken zijn vastgelegd over de te bouwen woonbehoefte en indien nodig aanpassing van het omgevingsplan.</w:t>
      </w:r>
      <w:r w:rsidR="00421F21">
        <w:rPr>
          <w:lang w:val="nl-NL"/>
        </w:rPr>
        <w:t>”</w:t>
      </w:r>
      <w:r>
        <w:rPr>
          <w:lang w:val="nl-NL"/>
        </w:rPr>
        <w:t xml:space="preserve"> </w:t>
      </w:r>
      <w:r w:rsidR="00421F21">
        <w:rPr>
          <w:lang w:val="nl-NL"/>
        </w:rPr>
        <w:t>Dit is conform beschrijving van de aan te leveren bewijslast</w:t>
      </w:r>
      <w:r>
        <w:rPr>
          <w:lang w:val="nl-NL"/>
        </w:rPr>
        <w:t xml:space="preserve"> </w:t>
      </w:r>
      <w:r w:rsidRPr="00F02BF1">
        <w:rPr>
          <w:lang w:val="nl-NL"/>
        </w:rPr>
        <w:t xml:space="preserve">in tabel </w:t>
      </w:r>
      <w:r>
        <w:rPr>
          <w:lang w:val="nl-NL"/>
        </w:rPr>
        <w:t>4</w:t>
      </w:r>
      <w:r w:rsidRPr="00F02BF1">
        <w:rPr>
          <w:lang w:val="nl-NL"/>
        </w:rPr>
        <w:t xml:space="preserve"> van bijlage 3 van de Systeemcode Elektriciteit 2026.</w:t>
      </w:r>
      <w:r>
        <w:rPr>
          <w:lang w:val="nl-NL"/>
        </w:rPr>
        <w:t xml:space="preserve"> Deze is te raadplegen via: </w:t>
      </w:r>
      <w:hyperlink r:id="rId13" w:anchor="Bijlage3" w:history="1">
        <w:r w:rsidR="007C35E3">
          <w:rPr>
            <w:rStyle w:val="Hyperlink"/>
            <w:lang w:val="nl-NL"/>
          </w:rPr>
          <w:t>Systeemcode elektriciteit 2026 Bijlage 3</w:t>
        </w:r>
      </w:hyperlink>
    </w:p>
    <w:p w14:paraId="40B3D748" w14:textId="2BAF8101" w:rsidR="007C35E3" w:rsidRPr="00181CA5" w:rsidRDefault="007C35E3" w:rsidP="00181CA5">
      <w:pPr>
        <w:pStyle w:val="Geenafstand"/>
        <w:numPr>
          <w:ilvl w:val="0"/>
          <w:numId w:val="16"/>
        </w:numPr>
        <w:rPr>
          <w:lang w:val="nl-NL"/>
        </w:rPr>
      </w:pPr>
      <w:r>
        <w:rPr>
          <w:lang w:val="nl-NL"/>
        </w:rPr>
        <w:t xml:space="preserve">Indien </w:t>
      </w:r>
      <w:r w:rsidRPr="007C35E3">
        <w:rPr>
          <w:lang w:val="nl-NL"/>
        </w:rPr>
        <w:t xml:space="preserve">de partij </w:t>
      </w:r>
      <w:r>
        <w:rPr>
          <w:lang w:val="nl-NL"/>
        </w:rPr>
        <w:t>die aanspraak wilt maken op transportcapaciteit een rechtspersoon betreft, een u</w:t>
      </w:r>
      <w:r w:rsidRPr="007C35E3">
        <w:rPr>
          <w:lang w:val="nl-NL"/>
        </w:rPr>
        <w:t xml:space="preserve">ittreksel van het handelsregister van de Kamer van Koophandel, waarbij het uittreksel bij het indienen van </w:t>
      </w:r>
      <w:r>
        <w:rPr>
          <w:lang w:val="nl-NL"/>
        </w:rPr>
        <w:t>de aanvraag</w:t>
      </w:r>
      <w:r w:rsidRPr="007C35E3">
        <w:rPr>
          <w:lang w:val="nl-NL"/>
        </w:rPr>
        <w:t xml:space="preserve"> niet ouder is dan één maand, en waaruit blijkt wie de bevoegde bestuurder is.</w:t>
      </w:r>
    </w:p>
    <w:p w14:paraId="7487BD62" w14:textId="7DF1BE5C" w:rsidR="008F31C7" w:rsidRDefault="008F31C7" w:rsidP="00157C35">
      <w:pPr>
        <w:pStyle w:val="Kop2"/>
        <w:rPr>
          <w:lang w:val="nl-NL"/>
        </w:rPr>
      </w:pPr>
      <w:r>
        <w:rPr>
          <w:lang w:val="nl-NL"/>
        </w:rPr>
        <w:t>28. VNG invulformat eerder aanvragen</w:t>
      </w:r>
    </w:p>
    <w:p w14:paraId="0CC6F37F" w14:textId="385C2EDB" w:rsidR="008F31C7" w:rsidRPr="008F31C7" w:rsidRDefault="008F31C7" w:rsidP="008F31C7">
      <w:pPr>
        <w:pStyle w:val="Geenafstand"/>
        <w:rPr>
          <w:lang w:val="nl-NL"/>
        </w:rPr>
      </w:pPr>
      <w:r>
        <w:rPr>
          <w:lang w:val="nl-NL"/>
        </w:rPr>
        <w:t>Het VNG invulformat specificeert welke informatie verplicht is om een aanvraag in te kunnen dienen bij Enexis. Door dit format te hanteren kan makkelijk gecontroleerd worden of alle benodigde informatie aanwezig is en of de verplichte onderdelen ingevuld zijn. Voeg een, voor zover verplicht, volledig ingevuld format toe aan uw mail bij indiening van het projectdossier.</w:t>
      </w:r>
    </w:p>
    <w:p w14:paraId="1B5E3B0E" w14:textId="5273E8DE" w:rsidR="006E089F" w:rsidRPr="00181CA5" w:rsidRDefault="0041245E" w:rsidP="00157C35">
      <w:pPr>
        <w:pStyle w:val="Kop2"/>
        <w:rPr>
          <w:lang w:val="nl-NL"/>
        </w:rPr>
      </w:pPr>
      <w:r w:rsidRPr="00181CA5">
        <w:rPr>
          <w:lang w:val="nl-NL"/>
        </w:rPr>
        <w:t>29. Bestuursverklaring</w:t>
      </w:r>
      <w:r w:rsidR="008F31C7">
        <w:rPr>
          <w:lang w:val="nl-NL"/>
        </w:rPr>
        <w:t xml:space="preserve"> van uw</w:t>
      </w:r>
      <w:r w:rsidRPr="00181CA5">
        <w:rPr>
          <w:lang w:val="nl-NL"/>
        </w:rPr>
        <w:t xml:space="preserve"> organisatie</w:t>
      </w:r>
    </w:p>
    <w:p w14:paraId="19B9D53F" w14:textId="3E139001" w:rsidR="00F02BF1" w:rsidRDefault="008F31C7" w:rsidP="00161896">
      <w:pPr>
        <w:pStyle w:val="Geenafstand"/>
        <w:rPr>
          <w:lang w:val="nl-NL"/>
        </w:rPr>
      </w:pPr>
      <w:r w:rsidRPr="008F31C7">
        <w:rPr>
          <w:lang w:val="nl-NL"/>
        </w:rPr>
        <w:t>Met de bestuursverklaring licht u toe waarom de gevraagde transportcapaciteit nodig is. Ook controleren we of het project voldoet aan de voorwaarden en of de aangeleverde informatie volledig en aannemelijk is. Hiertoe gebruikt u het format bestuursverklaring eerder aanvragen Valkenburg aan de Geul. Alle in het format genoemde verklaringen moeten worden afgegeven om als volledig ingevulde bestuursverklaring te gelden.</w:t>
      </w:r>
      <w:r>
        <w:rPr>
          <w:lang w:val="nl-NL"/>
        </w:rPr>
        <w:t xml:space="preserve"> Voeg de ondertekende bestuursverklaring als b</w:t>
      </w:r>
      <w:r w:rsidR="0041245E" w:rsidRPr="00181CA5">
        <w:rPr>
          <w:lang w:val="nl-NL"/>
        </w:rPr>
        <w:t xml:space="preserve">ijlage </w:t>
      </w:r>
      <w:r>
        <w:rPr>
          <w:lang w:val="nl-NL"/>
        </w:rPr>
        <w:t>toe aan uw mail bij indiening van het projectdossier.</w:t>
      </w:r>
    </w:p>
    <w:p w14:paraId="0ABB5D11" w14:textId="3E07019F" w:rsidR="00F02BF1" w:rsidRDefault="00F02BF1" w:rsidP="00F02BF1">
      <w:pPr>
        <w:pStyle w:val="Kop2"/>
        <w:rPr>
          <w:lang w:val="nl-NL"/>
        </w:rPr>
      </w:pPr>
      <w:r>
        <w:rPr>
          <w:lang w:val="nl-NL"/>
        </w:rPr>
        <w:t>30. Polygoon projectlocatie</w:t>
      </w:r>
    </w:p>
    <w:p w14:paraId="7B17F0F5" w14:textId="1B80AA2D" w:rsidR="001256E1" w:rsidRDefault="00F02BF1" w:rsidP="00F02BF1">
      <w:pPr>
        <w:pStyle w:val="Geenafstand"/>
        <w:rPr>
          <w:lang w:val="nl-NL"/>
        </w:rPr>
      </w:pPr>
      <w:r>
        <w:rPr>
          <w:lang w:val="nl-NL"/>
        </w:rPr>
        <w:t>Zorg voor een voldoende grote afbeelding en duidelijke polygoon waardoor de projectlocatie eenduidig te bepalen is. Een speld als locatiebepaling is niet afdoende.</w:t>
      </w:r>
    </w:p>
    <w:p w14:paraId="48CD952C" w14:textId="6125EE55" w:rsidR="001256E1" w:rsidRDefault="001256E1" w:rsidP="001256E1">
      <w:pPr>
        <w:pStyle w:val="Kop2"/>
        <w:rPr>
          <w:lang w:val="nl-NL"/>
        </w:rPr>
      </w:pPr>
      <w:r>
        <w:rPr>
          <w:lang w:val="nl-NL"/>
        </w:rPr>
        <w:lastRenderedPageBreak/>
        <w:t>3</w:t>
      </w:r>
      <w:r w:rsidR="003C7C4B">
        <w:rPr>
          <w:lang w:val="nl-NL"/>
        </w:rPr>
        <w:t>1</w:t>
      </w:r>
      <w:r>
        <w:rPr>
          <w:lang w:val="nl-NL"/>
        </w:rPr>
        <w:t>. Overige verklaringen</w:t>
      </w:r>
      <w:r w:rsidR="00964449">
        <w:rPr>
          <w:lang w:val="nl-NL"/>
        </w:rPr>
        <w:t xml:space="preserve"> en ondertekening</w:t>
      </w:r>
    </w:p>
    <w:p w14:paraId="36DCB5BD" w14:textId="07648293" w:rsidR="001256E1" w:rsidRDefault="001256E1" w:rsidP="001256E1">
      <w:pPr>
        <w:rPr>
          <w:lang w:val="nl-NL"/>
        </w:rPr>
      </w:pPr>
      <w:r>
        <w:rPr>
          <w:lang w:val="nl-NL"/>
        </w:rPr>
        <w:t>Deze verklaringen moeten allen bekrachtigd worden door ze aan te vinken en het document te laten ondertekenen door een bevoegd bestuurder.</w:t>
      </w:r>
    </w:p>
    <w:p w14:paraId="6DC7171E" w14:textId="179FA5B2" w:rsidR="001256E1" w:rsidRPr="001256E1" w:rsidRDefault="0041245E" w:rsidP="001256E1">
      <w:pPr>
        <w:rPr>
          <w:lang w:val="nl-NL"/>
        </w:rPr>
      </w:pPr>
      <w:sdt>
        <w:sdtPr>
          <w:rPr>
            <w:lang w:val="nl-NL"/>
          </w:rPr>
          <w:id w:val="7733640"/>
          <w14:checkbox>
            <w14:checked w14:val="0"/>
            <w14:checkedState w14:val="2612" w14:font="MS Gothic"/>
            <w14:uncheckedState w14:val="2610" w14:font="MS Gothic"/>
          </w14:checkbox>
        </w:sdtPr>
        <w:sdtEndPr/>
        <w:sdtContent>
          <w:r w:rsidR="001256E1">
            <w:rPr>
              <w:rFonts w:ascii="MS Gothic" w:eastAsia="MS Gothic" w:hAnsi="MS Gothic" w:hint="eastAsia"/>
              <w:lang w:val="nl-NL"/>
            </w:rPr>
            <w:t>☐</w:t>
          </w:r>
        </w:sdtContent>
      </w:sdt>
      <w:r w:rsidR="001256E1">
        <w:rPr>
          <w:lang w:val="nl-NL"/>
        </w:rPr>
        <w:t xml:space="preserve"> </w:t>
      </w:r>
      <w:r w:rsidR="001256E1" w:rsidRPr="001256E1">
        <w:rPr>
          <w:lang w:val="nl-NL"/>
        </w:rPr>
        <w:t>Ik verklaar dat de gegevens in deze aanvraag juist en volledig zijn. Als de netbeheerder schade lijdt door onjuiste of onvolledige informatie in deze aanvraag, dan kan de gemeente daarvoor niet aansprakelijk worden gesteld.</w:t>
      </w:r>
    </w:p>
    <w:p w14:paraId="09CEBFCE" w14:textId="3B12876B" w:rsidR="001256E1" w:rsidRPr="001256E1" w:rsidRDefault="0041245E" w:rsidP="001256E1">
      <w:pPr>
        <w:rPr>
          <w:lang w:val="nl-NL"/>
        </w:rPr>
      </w:pPr>
      <w:sdt>
        <w:sdtPr>
          <w:rPr>
            <w:lang w:val="nl-NL"/>
          </w:rPr>
          <w:id w:val="-1662076498"/>
          <w14:checkbox>
            <w14:checked w14:val="0"/>
            <w14:checkedState w14:val="2612" w14:font="MS Gothic"/>
            <w14:uncheckedState w14:val="2610" w14:font="MS Gothic"/>
          </w14:checkbox>
        </w:sdtPr>
        <w:sdtEndPr/>
        <w:sdtContent>
          <w:r w:rsidR="001256E1">
            <w:rPr>
              <w:rFonts w:ascii="MS Gothic" w:eastAsia="MS Gothic" w:hAnsi="MS Gothic" w:hint="eastAsia"/>
              <w:lang w:val="nl-NL"/>
            </w:rPr>
            <w:t>☐</w:t>
          </w:r>
        </w:sdtContent>
      </w:sdt>
      <w:r w:rsidR="001256E1">
        <w:rPr>
          <w:lang w:val="nl-NL"/>
        </w:rPr>
        <w:t xml:space="preserve"> </w:t>
      </w:r>
      <w:r w:rsidR="001256E1" w:rsidRPr="001256E1">
        <w:rPr>
          <w:lang w:val="nl-NL"/>
        </w:rPr>
        <w:t xml:space="preserve">Ik ben op de hoogte van de </w:t>
      </w:r>
      <w:r w:rsidR="001256E1">
        <w:rPr>
          <w:lang w:val="nl-NL"/>
        </w:rPr>
        <w:t>“</w:t>
      </w:r>
      <w:r w:rsidR="001256E1" w:rsidRPr="001256E1">
        <w:rPr>
          <w:lang w:val="nl-NL"/>
        </w:rPr>
        <w:t>Beleidsregels eerder aanvragen transportcapaciteit Valkenburg aan de Geul 2026</w:t>
      </w:r>
      <w:r w:rsidR="001256E1">
        <w:rPr>
          <w:lang w:val="nl-NL"/>
        </w:rPr>
        <w:t xml:space="preserve">” </w:t>
      </w:r>
      <w:r w:rsidR="001256E1" w:rsidRPr="001256E1">
        <w:rPr>
          <w:lang w:val="nl-NL"/>
        </w:rPr>
        <w:t xml:space="preserve">en ga akkoord met de daarin opgenomen </w:t>
      </w:r>
      <w:r w:rsidR="00AB2FE0">
        <w:rPr>
          <w:lang w:val="nl-NL"/>
        </w:rPr>
        <w:t>voorwaarden,</w:t>
      </w:r>
      <w:r w:rsidR="00694123">
        <w:rPr>
          <w:lang w:val="nl-NL"/>
        </w:rPr>
        <w:t xml:space="preserve"> verplichtingen, </w:t>
      </w:r>
      <w:r w:rsidR="001256E1" w:rsidRPr="001256E1">
        <w:rPr>
          <w:lang w:val="nl-NL"/>
        </w:rPr>
        <w:t xml:space="preserve">termijnen </w:t>
      </w:r>
      <w:r w:rsidR="00694123">
        <w:rPr>
          <w:lang w:val="nl-NL"/>
        </w:rPr>
        <w:t xml:space="preserve">en de regeling </w:t>
      </w:r>
      <w:r w:rsidR="001256E1" w:rsidRPr="001256E1">
        <w:rPr>
          <w:lang w:val="nl-NL"/>
        </w:rPr>
        <w:t xml:space="preserve">voor het </w:t>
      </w:r>
      <w:r w:rsidR="001256E1">
        <w:rPr>
          <w:lang w:val="nl-NL"/>
        </w:rPr>
        <w:t>aanhangig maken van een geschil</w:t>
      </w:r>
      <w:r w:rsidR="001256E1" w:rsidRPr="001256E1">
        <w:rPr>
          <w:lang w:val="nl-NL"/>
        </w:rPr>
        <w:t>.</w:t>
      </w:r>
      <w:r w:rsidR="00694123">
        <w:rPr>
          <w:lang w:val="nl-NL"/>
        </w:rPr>
        <w:t xml:space="preserve"> Bij een eventuele tegenstrijdigheid tussen de informatie op dit formulier en de beleidsregels gaat het bepaalde in de beleidsregels voor.   </w:t>
      </w:r>
    </w:p>
    <w:p w14:paraId="5BA0F682" w14:textId="2645096A" w:rsidR="001256E1" w:rsidRDefault="0041245E" w:rsidP="001256E1">
      <w:pPr>
        <w:rPr>
          <w:lang w:val="nl-NL"/>
        </w:rPr>
      </w:pPr>
      <w:sdt>
        <w:sdtPr>
          <w:rPr>
            <w:lang w:val="nl-NL"/>
          </w:rPr>
          <w:id w:val="1991431803"/>
          <w14:checkbox>
            <w14:checked w14:val="0"/>
            <w14:checkedState w14:val="2612" w14:font="MS Gothic"/>
            <w14:uncheckedState w14:val="2610" w14:font="MS Gothic"/>
          </w14:checkbox>
        </w:sdtPr>
        <w:sdtEndPr/>
        <w:sdtContent>
          <w:r w:rsidR="001256E1">
            <w:rPr>
              <w:rFonts w:ascii="MS Gothic" w:eastAsia="MS Gothic" w:hAnsi="MS Gothic" w:hint="eastAsia"/>
              <w:lang w:val="nl-NL"/>
            </w:rPr>
            <w:t>☐</w:t>
          </w:r>
        </w:sdtContent>
      </w:sdt>
      <w:r w:rsidR="001256E1">
        <w:rPr>
          <w:lang w:val="nl-NL"/>
        </w:rPr>
        <w:t xml:space="preserve"> </w:t>
      </w:r>
      <w:r w:rsidR="00331B74">
        <w:rPr>
          <w:lang w:val="nl-NL"/>
        </w:rPr>
        <w:t>Ik ben ervan op de hoogte en ga ermee akkoord dat i</w:t>
      </w:r>
      <w:r w:rsidR="00914E8B">
        <w:rPr>
          <w:lang w:val="nl-NL"/>
        </w:rPr>
        <w:t xml:space="preserve">ndiening van dit formulier </w:t>
      </w:r>
      <w:r w:rsidR="008D2047">
        <w:rPr>
          <w:lang w:val="nl-NL"/>
        </w:rPr>
        <w:t xml:space="preserve">op de wijze bepaald in de beleidsregels </w:t>
      </w:r>
      <w:r w:rsidR="00914E8B">
        <w:rPr>
          <w:lang w:val="nl-NL"/>
        </w:rPr>
        <w:t xml:space="preserve">enkel </w:t>
      </w:r>
      <w:r w:rsidR="00331B74">
        <w:rPr>
          <w:lang w:val="nl-NL"/>
        </w:rPr>
        <w:t xml:space="preserve">betekent </w:t>
      </w:r>
      <w:r w:rsidR="00914E8B">
        <w:rPr>
          <w:lang w:val="nl-NL"/>
        </w:rPr>
        <w:t xml:space="preserve">dat de gemeente over kan gaan tot plaatsing van het project op de volgordelijst en dat de gemeente deze lijst zal indienen bij de netbeheerder. </w:t>
      </w:r>
      <w:r w:rsidR="001256E1" w:rsidRPr="001256E1">
        <w:rPr>
          <w:lang w:val="nl-NL"/>
        </w:rPr>
        <w:t xml:space="preserve">De </w:t>
      </w:r>
      <w:r w:rsidR="00914E8B">
        <w:rPr>
          <w:lang w:val="nl-NL"/>
        </w:rPr>
        <w:t xml:space="preserve">netbeheerder en niet de </w:t>
      </w:r>
      <w:r w:rsidR="001256E1" w:rsidRPr="001256E1">
        <w:rPr>
          <w:lang w:val="nl-NL"/>
        </w:rPr>
        <w:t xml:space="preserve">gemeente </w:t>
      </w:r>
      <w:r w:rsidR="00914E8B">
        <w:rPr>
          <w:lang w:val="nl-NL"/>
        </w:rPr>
        <w:t xml:space="preserve">bepaalt vervolgens of, wanneer en aan welke ontwikkelingen </w:t>
      </w:r>
      <w:r w:rsidR="001256E1" w:rsidRPr="001256E1">
        <w:rPr>
          <w:lang w:val="nl-NL"/>
        </w:rPr>
        <w:t>prioriteit of transportcapaciteit word</w:t>
      </w:r>
      <w:r w:rsidR="00914E8B">
        <w:rPr>
          <w:lang w:val="nl-NL"/>
        </w:rPr>
        <w:t>en</w:t>
      </w:r>
      <w:r w:rsidR="001256E1" w:rsidRPr="001256E1">
        <w:rPr>
          <w:lang w:val="nl-NL"/>
        </w:rPr>
        <w:t xml:space="preserve"> toegekend</w:t>
      </w:r>
      <w:r w:rsidR="00914E8B">
        <w:rPr>
          <w:lang w:val="nl-NL"/>
        </w:rPr>
        <w:t xml:space="preserve"> en in welke volgorde dat zal plaatsvinden</w:t>
      </w:r>
      <w:r w:rsidR="001256E1" w:rsidRPr="001256E1">
        <w:rPr>
          <w:lang w:val="nl-NL"/>
        </w:rPr>
        <w:t xml:space="preserve">. </w:t>
      </w:r>
      <w:r w:rsidR="00914E8B">
        <w:rPr>
          <w:lang w:val="nl-NL"/>
        </w:rPr>
        <w:t xml:space="preserve">Aan de indiening </w:t>
      </w:r>
      <w:r w:rsidR="008D2047">
        <w:rPr>
          <w:lang w:val="nl-NL"/>
        </w:rPr>
        <w:t xml:space="preserve">van dit formulier bij de gemeente en de indiening </w:t>
      </w:r>
      <w:r w:rsidR="00914E8B">
        <w:rPr>
          <w:lang w:val="nl-NL"/>
        </w:rPr>
        <w:t xml:space="preserve">door de gemeente </w:t>
      </w:r>
      <w:r w:rsidR="008D2047">
        <w:rPr>
          <w:lang w:val="nl-NL"/>
        </w:rPr>
        <w:t xml:space="preserve">van de volgordelijst </w:t>
      </w:r>
      <w:r w:rsidR="00914E8B">
        <w:rPr>
          <w:lang w:val="nl-NL"/>
        </w:rPr>
        <w:t xml:space="preserve">bij de netbeheerder kan dus jegens de gemeente </w:t>
      </w:r>
      <w:r w:rsidR="008D2047">
        <w:rPr>
          <w:lang w:val="nl-NL"/>
        </w:rPr>
        <w:t xml:space="preserve">niet het </w:t>
      </w:r>
      <w:r w:rsidR="00914E8B">
        <w:rPr>
          <w:lang w:val="nl-NL"/>
        </w:rPr>
        <w:t xml:space="preserve">recht worden ontleend tot daadwerkelijke toekenning van prioriteit, </w:t>
      </w:r>
      <w:r w:rsidR="008D2047">
        <w:rPr>
          <w:lang w:val="nl-NL"/>
        </w:rPr>
        <w:t xml:space="preserve">de gewenste volgorde, </w:t>
      </w:r>
      <w:r w:rsidR="00914E8B">
        <w:rPr>
          <w:lang w:val="nl-NL"/>
        </w:rPr>
        <w:t xml:space="preserve">het tijdig beschikbaar komen van capaciteit, etc. </w:t>
      </w:r>
      <w:r w:rsidR="001256E1" w:rsidRPr="001256E1">
        <w:rPr>
          <w:lang w:val="nl-NL"/>
        </w:rPr>
        <w:t xml:space="preserve">De gemeente is </w:t>
      </w:r>
      <w:r w:rsidR="00914E8B">
        <w:rPr>
          <w:lang w:val="nl-NL"/>
        </w:rPr>
        <w:t xml:space="preserve">dus jegens de ontwikkelaar of derden </w:t>
      </w:r>
      <w:r w:rsidR="001256E1" w:rsidRPr="001256E1">
        <w:rPr>
          <w:lang w:val="nl-NL"/>
        </w:rPr>
        <w:t xml:space="preserve">niet aansprakelijk voor </w:t>
      </w:r>
      <w:r w:rsidR="00914E8B">
        <w:rPr>
          <w:lang w:val="nl-NL"/>
        </w:rPr>
        <w:t xml:space="preserve">eventuele </w:t>
      </w:r>
      <w:r w:rsidR="001256E1" w:rsidRPr="001256E1">
        <w:rPr>
          <w:lang w:val="nl-NL"/>
        </w:rPr>
        <w:t>schade</w:t>
      </w:r>
      <w:r w:rsidR="008122AE">
        <w:rPr>
          <w:lang w:val="nl-NL"/>
        </w:rPr>
        <w:t>,</w:t>
      </w:r>
      <w:r w:rsidR="001256E1" w:rsidRPr="001256E1">
        <w:rPr>
          <w:lang w:val="nl-NL"/>
        </w:rPr>
        <w:t xml:space="preserve"> </w:t>
      </w:r>
      <w:r w:rsidR="008122AE" w:rsidRPr="001256E1">
        <w:rPr>
          <w:lang w:val="nl-NL"/>
        </w:rPr>
        <w:t xml:space="preserve">waaronder gemiste inkomsten of </w:t>
      </w:r>
      <w:r w:rsidR="008122AE">
        <w:rPr>
          <w:lang w:val="nl-NL"/>
        </w:rPr>
        <w:t xml:space="preserve">welke vorm van </w:t>
      </w:r>
      <w:r w:rsidR="008122AE" w:rsidRPr="001256E1">
        <w:rPr>
          <w:lang w:val="nl-NL"/>
        </w:rPr>
        <w:t xml:space="preserve">andere </w:t>
      </w:r>
      <w:r w:rsidR="008122AE">
        <w:rPr>
          <w:lang w:val="nl-NL"/>
        </w:rPr>
        <w:t xml:space="preserve">directe of </w:t>
      </w:r>
      <w:r w:rsidR="008122AE" w:rsidRPr="001256E1">
        <w:rPr>
          <w:lang w:val="nl-NL"/>
        </w:rPr>
        <w:t xml:space="preserve">indirecte schade </w:t>
      </w:r>
      <w:r w:rsidR="008122AE">
        <w:rPr>
          <w:lang w:val="nl-NL"/>
        </w:rPr>
        <w:t>dan ook, en is niet gehouden tot compensatie in welke vorm dan ook</w:t>
      </w:r>
      <w:r w:rsidR="00894097">
        <w:rPr>
          <w:lang w:val="nl-NL"/>
        </w:rPr>
        <w:t>,</w:t>
      </w:r>
      <w:r w:rsidR="008122AE">
        <w:rPr>
          <w:lang w:val="nl-NL"/>
        </w:rPr>
        <w:t xml:space="preserve"> </w:t>
      </w:r>
      <w:r w:rsidR="001256E1" w:rsidRPr="001256E1">
        <w:rPr>
          <w:lang w:val="nl-NL"/>
        </w:rPr>
        <w:t>doordat transportcapaciteit niet</w:t>
      </w:r>
      <w:r w:rsidR="00894097">
        <w:rPr>
          <w:lang w:val="nl-NL"/>
        </w:rPr>
        <w:t>, in mindere mate dan gewenst of</w:t>
      </w:r>
      <w:r w:rsidR="001256E1" w:rsidRPr="001256E1">
        <w:rPr>
          <w:lang w:val="nl-NL"/>
        </w:rPr>
        <w:t xml:space="preserve"> niet op tijd</w:t>
      </w:r>
      <w:r w:rsidR="00894097">
        <w:rPr>
          <w:lang w:val="nl-NL"/>
        </w:rPr>
        <w:t xml:space="preserve"> beschikbaar komt</w:t>
      </w:r>
      <w:r w:rsidR="001256E1" w:rsidRPr="001256E1">
        <w:rPr>
          <w:lang w:val="nl-NL"/>
        </w:rPr>
        <w:t>.</w:t>
      </w:r>
      <w:r w:rsidR="008D2047">
        <w:rPr>
          <w:lang w:val="nl-NL"/>
        </w:rPr>
        <w:t xml:space="preserve"> </w:t>
      </w:r>
    </w:p>
    <w:p w14:paraId="63E9424C" w14:textId="264406E5" w:rsidR="008D2047" w:rsidRPr="001256E1" w:rsidRDefault="0041245E" w:rsidP="001256E1">
      <w:pPr>
        <w:rPr>
          <w:lang w:val="nl-NL"/>
        </w:rPr>
      </w:pPr>
      <w:sdt>
        <w:sdtPr>
          <w:rPr>
            <w:lang w:val="nl-NL"/>
          </w:rPr>
          <w:id w:val="1245298761"/>
          <w14:checkbox>
            <w14:checked w14:val="0"/>
            <w14:checkedState w14:val="2612" w14:font="MS Gothic"/>
            <w14:uncheckedState w14:val="2610" w14:font="MS Gothic"/>
          </w14:checkbox>
        </w:sdtPr>
        <w:sdtEndPr/>
        <w:sdtContent>
          <w:r w:rsidR="003C7C4B">
            <w:rPr>
              <w:rFonts w:ascii="MS Gothic" w:eastAsia="MS Gothic" w:hAnsi="MS Gothic" w:hint="eastAsia"/>
              <w:lang w:val="nl-NL"/>
            </w:rPr>
            <w:t>☐</w:t>
          </w:r>
        </w:sdtContent>
      </w:sdt>
      <w:r w:rsidR="003C7C4B">
        <w:rPr>
          <w:lang w:val="nl-NL"/>
        </w:rPr>
        <w:t xml:space="preserve"> </w:t>
      </w:r>
      <w:r w:rsidR="00331B74" w:rsidRPr="00331B74">
        <w:rPr>
          <w:lang w:val="nl-NL"/>
        </w:rPr>
        <w:t xml:space="preserve">Ik ben ervan op de hoogte en ga ermee akkoord dat </w:t>
      </w:r>
      <w:r w:rsidR="00331B74">
        <w:rPr>
          <w:lang w:val="nl-NL"/>
        </w:rPr>
        <w:t>d</w:t>
      </w:r>
      <w:r w:rsidR="008D2047">
        <w:rPr>
          <w:lang w:val="nl-NL"/>
        </w:rPr>
        <w:t xml:space="preserve">e indiener van de aanvraag verantwoordelijk </w:t>
      </w:r>
      <w:r w:rsidR="00331B74">
        <w:rPr>
          <w:lang w:val="nl-NL"/>
        </w:rPr>
        <w:t xml:space="preserve">is </w:t>
      </w:r>
      <w:r w:rsidR="008D2047">
        <w:rPr>
          <w:lang w:val="nl-NL"/>
        </w:rPr>
        <w:t xml:space="preserve">voor </w:t>
      </w:r>
      <w:r w:rsidR="00365C63">
        <w:rPr>
          <w:lang w:val="nl-NL"/>
        </w:rPr>
        <w:t xml:space="preserve">tijdige indiening en </w:t>
      </w:r>
      <w:r w:rsidR="008D2047">
        <w:rPr>
          <w:lang w:val="nl-NL"/>
        </w:rPr>
        <w:t>de juistheid</w:t>
      </w:r>
      <w:r w:rsidR="00365C63">
        <w:rPr>
          <w:lang w:val="nl-NL"/>
        </w:rPr>
        <w:t xml:space="preserve"> en</w:t>
      </w:r>
      <w:r w:rsidR="008D2047">
        <w:rPr>
          <w:lang w:val="nl-NL"/>
        </w:rPr>
        <w:t xml:space="preserve"> volledigheid van de door hem ingediende gegevens of het ontbreken daarvan. De gemeente is niet verplicht deze gegevens</w:t>
      </w:r>
      <w:r w:rsidR="00365C63">
        <w:rPr>
          <w:lang w:val="nl-NL"/>
        </w:rPr>
        <w:t xml:space="preserve"> te controleren en is</w:t>
      </w:r>
      <w:r w:rsidR="00331B74">
        <w:rPr>
          <w:lang w:val="nl-NL"/>
        </w:rPr>
        <w:t xml:space="preserve">, ook in geval de gemeente deze heeft gecontroleerd, </w:t>
      </w:r>
      <w:r w:rsidR="00365C63">
        <w:rPr>
          <w:lang w:val="nl-NL"/>
        </w:rPr>
        <w:t xml:space="preserve">niet aansprakelijk voor alle gevolgen van </w:t>
      </w:r>
      <w:r w:rsidR="00331B74">
        <w:rPr>
          <w:lang w:val="nl-NL"/>
        </w:rPr>
        <w:t>voornoemde gebreken</w:t>
      </w:r>
      <w:r w:rsidR="00365C63">
        <w:rPr>
          <w:lang w:val="nl-NL"/>
        </w:rPr>
        <w:t xml:space="preserve">. </w:t>
      </w:r>
    </w:p>
    <w:p w14:paraId="491DCDAA" w14:textId="65AB3317" w:rsidR="001256E1" w:rsidRPr="001256E1" w:rsidRDefault="0041245E" w:rsidP="001256E1">
      <w:pPr>
        <w:rPr>
          <w:lang w:val="nl-NL"/>
        </w:rPr>
      </w:pPr>
      <w:sdt>
        <w:sdtPr>
          <w:rPr>
            <w:lang w:val="nl-NL"/>
          </w:rPr>
          <w:id w:val="295027954"/>
          <w14:checkbox>
            <w14:checked w14:val="0"/>
            <w14:checkedState w14:val="2612" w14:font="MS Gothic"/>
            <w14:uncheckedState w14:val="2610" w14:font="MS Gothic"/>
          </w14:checkbox>
        </w:sdtPr>
        <w:sdtEndPr/>
        <w:sdtContent>
          <w:r w:rsidR="001256E1">
            <w:rPr>
              <w:rFonts w:ascii="MS Gothic" w:eastAsia="MS Gothic" w:hAnsi="MS Gothic" w:hint="eastAsia"/>
              <w:lang w:val="nl-NL"/>
            </w:rPr>
            <w:t>☐</w:t>
          </w:r>
        </w:sdtContent>
      </w:sdt>
      <w:r w:rsidR="001256E1">
        <w:rPr>
          <w:lang w:val="nl-NL"/>
        </w:rPr>
        <w:t xml:space="preserve"> </w:t>
      </w:r>
      <w:r w:rsidR="001256E1" w:rsidRPr="001256E1">
        <w:rPr>
          <w:lang w:val="nl-NL"/>
        </w:rPr>
        <w:t xml:space="preserve">Ik ben ervan op de hoogte en ga ermee akkoord dat bij toekenning van de aangevraagde prioriteit en transportcapaciteit in het kader van ‘Eerder aanvragen’, en na ontvangst van een offerte </w:t>
      </w:r>
      <w:r w:rsidR="00331B74">
        <w:rPr>
          <w:lang w:val="nl-NL"/>
        </w:rPr>
        <w:t xml:space="preserve">en/of factuur </w:t>
      </w:r>
      <w:r w:rsidR="001256E1" w:rsidRPr="001256E1">
        <w:rPr>
          <w:lang w:val="nl-NL"/>
        </w:rPr>
        <w:t xml:space="preserve">van de netbeheerder, een financiële verplichting </w:t>
      </w:r>
      <w:r w:rsidR="00331B74">
        <w:rPr>
          <w:lang w:val="nl-NL"/>
        </w:rPr>
        <w:t>kan ontstaan van de gemeente jegens de netbeheerder</w:t>
      </w:r>
      <w:r w:rsidR="001256E1" w:rsidRPr="001256E1">
        <w:rPr>
          <w:lang w:val="nl-NL"/>
        </w:rPr>
        <w:t xml:space="preserve">. Ik </w:t>
      </w:r>
      <w:r w:rsidR="00331B74">
        <w:rPr>
          <w:lang w:val="nl-NL"/>
        </w:rPr>
        <w:t xml:space="preserve">verklaar dat ik </w:t>
      </w:r>
      <w:r w:rsidR="001256E1">
        <w:rPr>
          <w:lang w:val="nl-NL"/>
        </w:rPr>
        <w:t>per ommegaande</w:t>
      </w:r>
      <w:r w:rsidR="001256E1" w:rsidRPr="001256E1">
        <w:rPr>
          <w:lang w:val="nl-NL"/>
        </w:rPr>
        <w:t xml:space="preserve"> </w:t>
      </w:r>
      <w:r w:rsidR="00331B74">
        <w:rPr>
          <w:lang w:val="nl-NL"/>
        </w:rPr>
        <w:t xml:space="preserve">na ontvangst van een door de gemeente toegestuurd betaalverzoek deze </w:t>
      </w:r>
      <w:r w:rsidR="001256E1" w:rsidRPr="001256E1">
        <w:rPr>
          <w:lang w:val="nl-NL"/>
        </w:rPr>
        <w:t xml:space="preserve">kosten </w:t>
      </w:r>
      <w:r w:rsidR="00331B74">
        <w:rPr>
          <w:lang w:val="nl-NL"/>
        </w:rPr>
        <w:t>aan de gemeente of</w:t>
      </w:r>
      <w:r w:rsidR="007752C9">
        <w:rPr>
          <w:lang w:val="nl-NL"/>
        </w:rPr>
        <w:t>,</w:t>
      </w:r>
      <w:r w:rsidR="00331B74">
        <w:rPr>
          <w:lang w:val="nl-NL"/>
        </w:rPr>
        <w:t xml:space="preserve"> als de gemeente daarom verzoekt</w:t>
      </w:r>
      <w:r w:rsidR="007752C9">
        <w:rPr>
          <w:lang w:val="nl-NL"/>
        </w:rPr>
        <w:t>,</w:t>
      </w:r>
      <w:r w:rsidR="00331B74">
        <w:rPr>
          <w:lang w:val="nl-NL"/>
        </w:rPr>
        <w:t xml:space="preserve"> </w:t>
      </w:r>
      <w:r w:rsidR="007752C9">
        <w:rPr>
          <w:lang w:val="nl-NL"/>
        </w:rPr>
        <w:t xml:space="preserve">rechtstreeks </w:t>
      </w:r>
      <w:r w:rsidR="00331B74">
        <w:rPr>
          <w:lang w:val="nl-NL"/>
        </w:rPr>
        <w:t xml:space="preserve">aan de netbeheerder </w:t>
      </w:r>
      <w:r w:rsidR="007752C9">
        <w:rPr>
          <w:lang w:val="nl-NL"/>
        </w:rPr>
        <w:t xml:space="preserve">voldoe, dan wel – maar uitsluitend als de gemeente die mogelijkheid aanbiedt – voor voldoening van die kosten voldoende zekerheid stel, middels bankgarantie of vergelijkbaar. </w:t>
      </w:r>
      <w:r w:rsidR="001256E1" w:rsidRPr="001256E1">
        <w:rPr>
          <w:lang w:val="nl-NL"/>
        </w:rPr>
        <w:t xml:space="preserve">De gemeente is </w:t>
      </w:r>
      <w:r w:rsidR="007752C9">
        <w:rPr>
          <w:lang w:val="nl-NL"/>
        </w:rPr>
        <w:t xml:space="preserve">tegenover de indiener van dit formulier </w:t>
      </w:r>
      <w:r w:rsidR="001256E1" w:rsidRPr="001256E1">
        <w:rPr>
          <w:lang w:val="nl-NL"/>
        </w:rPr>
        <w:t xml:space="preserve">niet aansprakelijk </w:t>
      </w:r>
      <w:r w:rsidR="007752C9">
        <w:rPr>
          <w:lang w:val="nl-NL"/>
        </w:rPr>
        <w:t>voor alle gevolgen (waaronder het verlies van het recht op een aansluiting) van niet, onvolledig of te late betaling van deze kosten</w:t>
      </w:r>
      <w:r w:rsidR="001256E1" w:rsidRPr="001256E1">
        <w:rPr>
          <w:lang w:val="nl-NL"/>
        </w:rPr>
        <w:t>.</w:t>
      </w:r>
    </w:p>
    <w:p w14:paraId="1767D6F1" w14:textId="6CD38396" w:rsidR="001256E1" w:rsidRPr="001256E1" w:rsidRDefault="0041245E" w:rsidP="001256E1">
      <w:pPr>
        <w:rPr>
          <w:lang w:val="nl-NL"/>
        </w:rPr>
      </w:pPr>
      <w:sdt>
        <w:sdtPr>
          <w:rPr>
            <w:lang w:val="nl-NL"/>
          </w:rPr>
          <w:id w:val="-410159143"/>
          <w14:checkbox>
            <w14:checked w14:val="0"/>
            <w14:checkedState w14:val="2612" w14:font="MS Gothic"/>
            <w14:uncheckedState w14:val="2610" w14:font="MS Gothic"/>
          </w14:checkbox>
        </w:sdtPr>
        <w:sdtEndPr/>
        <w:sdtContent>
          <w:r w:rsidR="001256E1">
            <w:rPr>
              <w:rFonts w:ascii="MS Gothic" w:eastAsia="MS Gothic" w:hAnsi="MS Gothic" w:hint="eastAsia"/>
              <w:lang w:val="nl-NL"/>
            </w:rPr>
            <w:t>☐</w:t>
          </w:r>
        </w:sdtContent>
      </w:sdt>
      <w:r w:rsidR="001256E1">
        <w:rPr>
          <w:lang w:val="nl-NL"/>
        </w:rPr>
        <w:t xml:space="preserve"> </w:t>
      </w:r>
      <w:r w:rsidR="001256E1" w:rsidRPr="001256E1">
        <w:rPr>
          <w:lang w:val="nl-NL"/>
        </w:rPr>
        <w:t>Ik ben op de hoogte van de procedure in artikel 12 van de Beleidsregels eerder aanvragen transportcapaciteit Valkenburg aan de Geul 2026</w:t>
      </w:r>
      <w:r w:rsidR="00331B74">
        <w:rPr>
          <w:lang w:val="nl-NL"/>
        </w:rPr>
        <w:t xml:space="preserve"> </w:t>
      </w:r>
      <w:r w:rsidR="001256E1" w:rsidRPr="001256E1">
        <w:rPr>
          <w:lang w:val="nl-NL"/>
        </w:rPr>
        <w:t>en ga akkoord met publicatie van de volgordelijst met daarop vermeld: de projectnaam, de locatie, het aantal woningen, en de positie op de lijst</w:t>
      </w:r>
      <w:r w:rsidR="007752C9">
        <w:rPr>
          <w:lang w:val="nl-NL"/>
        </w:rPr>
        <w:t>, alsmede met de regis</w:t>
      </w:r>
      <w:r w:rsidR="00D8614E">
        <w:rPr>
          <w:lang w:val="nl-NL"/>
        </w:rPr>
        <w:t>t</w:t>
      </w:r>
      <w:r w:rsidR="007752C9">
        <w:rPr>
          <w:lang w:val="nl-NL"/>
        </w:rPr>
        <w:t>r</w:t>
      </w:r>
      <w:r w:rsidR="00D8614E">
        <w:rPr>
          <w:lang w:val="nl-NL"/>
        </w:rPr>
        <w:t>atie van de ingediende projectgegevens</w:t>
      </w:r>
      <w:r w:rsidR="001256E1" w:rsidRPr="001256E1">
        <w:rPr>
          <w:lang w:val="nl-NL"/>
        </w:rPr>
        <w:t>.</w:t>
      </w:r>
    </w:p>
    <w:p w14:paraId="335647FB" w14:textId="77777777" w:rsidR="001256E1" w:rsidRDefault="001256E1" w:rsidP="001256E1">
      <w:pPr>
        <w:rPr>
          <w:lang w:val="nl-NL"/>
        </w:rPr>
      </w:pPr>
    </w:p>
    <w:p w14:paraId="34D25D94" w14:textId="04BC86E3" w:rsidR="00964449" w:rsidRPr="001256E1" w:rsidRDefault="00964449" w:rsidP="005904B1">
      <w:pPr>
        <w:pStyle w:val="Kop1"/>
        <w:rPr>
          <w:lang w:val="nl-NL"/>
        </w:rPr>
      </w:pPr>
      <w:r w:rsidRPr="005904B1">
        <w:rPr>
          <w:lang w:val="nl-NL"/>
        </w:rPr>
        <w:t>ONDERTEKENING</w:t>
      </w:r>
    </w:p>
    <w:p w14:paraId="4D1032CC" w14:textId="7837CD9C" w:rsidR="007C35E3" w:rsidRDefault="00330A9E" w:rsidP="00161896">
      <w:pPr>
        <w:pStyle w:val="Geenafstand"/>
        <w:rPr>
          <w:lang w:val="nl-NL"/>
        </w:rPr>
      </w:pPr>
      <w:r>
        <w:rPr>
          <w:lang w:val="nl-NL"/>
        </w:rPr>
        <w:t>Indien dit een rechtspersoon betreft, dan v</w:t>
      </w:r>
      <w:r w:rsidR="007C35E3">
        <w:rPr>
          <w:lang w:val="nl-NL"/>
        </w:rPr>
        <w:t xml:space="preserve">indt </w:t>
      </w:r>
      <w:r>
        <w:rPr>
          <w:lang w:val="nl-NL"/>
        </w:rPr>
        <w:t xml:space="preserve">ondertekening </w:t>
      </w:r>
      <w:r w:rsidR="007C35E3">
        <w:rPr>
          <w:lang w:val="nl-NL"/>
        </w:rPr>
        <w:t>plaats door de rechtsgeldig vertegenwoordiger van de aanvragende partij</w:t>
      </w:r>
      <w:r>
        <w:rPr>
          <w:lang w:val="nl-NL"/>
        </w:rPr>
        <w:t xml:space="preserve"> zoals vermeld in het KvK uittreksel. </w:t>
      </w:r>
    </w:p>
    <w:p w14:paraId="06FB4AB9" w14:textId="77777777" w:rsidR="00330A9E" w:rsidRDefault="00330A9E" w:rsidP="00161896">
      <w:pPr>
        <w:pStyle w:val="Geenafstand"/>
        <w:rPr>
          <w:lang w:val="nl-NL"/>
        </w:rPr>
      </w:pPr>
    </w:p>
    <w:p w14:paraId="4C3AE0E5" w14:textId="415D8ECE" w:rsidR="006E089F" w:rsidRDefault="00330A9E" w:rsidP="00161896">
      <w:pPr>
        <w:pStyle w:val="Geenafstand"/>
        <w:rPr>
          <w:lang w:val="nl-NL"/>
        </w:rPr>
      </w:pPr>
      <w:r>
        <w:rPr>
          <w:lang w:val="nl-NL"/>
        </w:rPr>
        <w:t>Datum:</w:t>
      </w:r>
      <w:r>
        <w:rPr>
          <w:lang w:val="nl-NL"/>
        </w:rPr>
        <w:tab/>
      </w:r>
      <w:r>
        <w:rPr>
          <w:lang w:val="nl-NL"/>
        </w:rPr>
        <w:tab/>
      </w:r>
      <w:sdt>
        <w:sdtPr>
          <w:rPr>
            <w:lang w:val="nl-NL"/>
          </w:rPr>
          <w:id w:val="-1884947721"/>
          <w:placeholder>
            <w:docPart w:val="DefaultPlaceholder_-1854013440"/>
          </w:placeholder>
          <w:showingPlcHdr/>
        </w:sdtPr>
        <w:sdtEndPr/>
        <w:sdtContent>
          <w:r w:rsidRPr="00330A9E">
            <w:rPr>
              <w:rStyle w:val="Tekstvantijdelijkeaanduiding"/>
              <w:lang w:val="nl-NL"/>
            </w:rPr>
            <w:t>Klik of tik om tekst in te voeren.</w:t>
          </w:r>
        </w:sdtContent>
      </w:sdt>
      <w:r w:rsidR="0041245E" w:rsidRPr="00181CA5">
        <w:rPr>
          <w:lang w:val="nl-NL"/>
        </w:rPr>
        <w:br/>
      </w:r>
      <w:r w:rsidR="005904B1">
        <w:rPr>
          <w:lang w:val="nl-NL"/>
        </w:rPr>
        <w:t>Naam:</w:t>
      </w:r>
      <w:r>
        <w:rPr>
          <w:lang w:val="nl-NL"/>
        </w:rPr>
        <w:tab/>
      </w:r>
      <w:r>
        <w:rPr>
          <w:lang w:val="nl-NL"/>
        </w:rPr>
        <w:tab/>
      </w:r>
      <w:sdt>
        <w:sdtPr>
          <w:rPr>
            <w:lang w:val="nl-NL"/>
          </w:rPr>
          <w:id w:val="1255870981"/>
          <w:placeholder>
            <w:docPart w:val="DefaultPlaceholder_-1854013440"/>
          </w:placeholder>
          <w:showingPlcHdr/>
        </w:sdtPr>
        <w:sdtEndPr/>
        <w:sdtContent>
          <w:r w:rsidRPr="00330A9E">
            <w:rPr>
              <w:rStyle w:val="Tekstvantijdelijkeaanduiding"/>
              <w:lang w:val="nl-NL"/>
            </w:rPr>
            <w:t>Klik of tik om tekst in te voeren.</w:t>
          </w:r>
        </w:sdtContent>
      </w:sdt>
    </w:p>
    <w:p w14:paraId="4ACE7226" w14:textId="144C9BCA" w:rsidR="005904B1" w:rsidRDefault="005904B1" w:rsidP="00161896">
      <w:pPr>
        <w:pStyle w:val="Geenafstand"/>
        <w:rPr>
          <w:lang w:val="nl-NL"/>
        </w:rPr>
      </w:pPr>
      <w:r>
        <w:rPr>
          <w:lang w:val="nl-NL"/>
        </w:rPr>
        <w:t>Functie:</w:t>
      </w:r>
      <w:r w:rsidR="00330A9E">
        <w:rPr>
          <w:lang w:val="nl-NL"/>
        </w:rPr>
        <w:tab/>
      </w:r>
      <w:sdt>
        <w:sdtPr>
          <w:rPr>
            <w:lang w:val="nl-NL"/>
          </w:rPr>
          <w:id w:val="1596984744"/>
          <w:placeholder>
            <w:docPart w:val="DefaultPlaceholder_-1854013440"/>
          </w:placeholder>
          <w:showingPlcHdr/>
        </w:sdtPr>
        <w:sdtEndPr/>
        <w:sdtContent>
          <w:r w:rsidR="00330A9E" w:rsidRPr="00330A9E">
            <w:rPr>
              <w:rStyle w:val="Tekstvantijdelijkeaanduiding"/>
              <w:lang w:val="nl-NL"/>
            </w:rPr>
            <w:t>Klik of tik om tekst in te voeren.</w:t>
          </w:r>
        </w:sdtContent>
      </w:sdt>
    </w:p>
    <w:p w14:paraId="24CD0C19" w14:textId="77777777" w:rsidR="005904B1" w:rsidRDefault="005904B1" w:rsidP="00161896">
      <w:pPr>
        <w:pStyle w:val="Geenafstand"/>
        <w:rPr>
          <w:lang w:val="nl-NL"/>
        </w:rPr>
      </w:pPr>
    </w:p>
    <w:p w14:paraId="65BA4489" w14:textId="027C3B5A" w:rsidR="00330A9E" w:rsidRDefault="00330A9E" w:rsidP="00161896">
      <w:pPr>
        <w:pStyle w:val="Geenafstand"/>
        <w:rPr>
          <w:lang w:val="nl-NL"/>
        </w:rPr>
      </w:pPr>
      <w:r>
        <w:rPr>
          <w:lang w:val="nl-NL"/>
        </w:rPr>
        <w:t>Handtekening:</w:t>
      </w:r>
    </w:p>
    <w:p w14:paraId="0422F848" w14:textId="77777777" w:rsidR="00330A9E" w:rsidRPr="00181CA5" w:rsidRDefault="00330A9E" w:rsidP="00161896">
      <w:pPr>
        <w:pStyle w:val="Geenafstand"/>
        <w:rPr>
          <w:lang w:val="nl-NL"/>
        </w:rPr>
      </w:pPr>
    </w:p>
    <w:sectPr w:rsidR="00330A9E" w:rsidRPr="00181CA5"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venir Next LT Pro">
    <w:charset w:val="00"/>
    <w:family w:val="swiss"/>
    <w:pitch w:val="variable"/>
    <w:sig w:usb0="800000EF" w:usb1="5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abstractNum w:abstractNumId="9" w15:restartNumberingAfterBreak="0">
    <w:nsid w:val="130A0C6B"/>
    <w:multiLevelType w:val="multilevel"/>
    <w:tmpl w:val="0C824EF6"/>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19481D9C"/>
    <w:multiLevelType w:val="multilevel"/>
    <w:tmpl w:val="432C727A"/>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1F5412E7"/>
    <w:multiLevelType w:val="multilevel"/>
    <w:tmpl w:val="1FBAAA2C"/>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4D835B4E"/>
    <w:multiLevelType w:val="multilevel"/>
    <w:tmpl w:val="DA0A3878"/>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o"/>
      <w:lvlJc w:val="left"/>
      <w:pPr>
        <w:tabs>
          <w:tab w:val="num" w:pos="644"/>
        </w:tabs>
        <w:ind w:left="644"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4DD81B93"/>
    <w:multiLevelType w:val="hybridMultilevel"/>
    <w:tmpl w:val="38D2472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54562D47"/>
    <w:multiLevelType w:val="hybridMultilevel"/>
    <w:tmpl w:val="F2B484D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67863D2F"/>
    <w:multiLevelType w:val="multilevel"/>
    <w:tmpl w:val="DA9E7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8772564">
    <w:abstractNumId w:val="8"/>
  </w:num>
  <w:num w:numId="2" w16cid:durableId="173964168">
    <w:abstractNumId w:val="6"/>
  </w:num>
  <w:num w:numId="3" w16cid:durableId="151331981">
    <w:abstractNumId w:val="5"/>
  </w:num>
  <w:num w:numId="4" w16cid:durableId="1196818995">
    <w:abstractNumId w:val="4"/>
  </w:num>
  <w:num w:numId="5" w16cid:durableId="8528491">
    <w:abstractNumId w:val="7"/>
  </w:num>
  <w:num w:numId="6" w16cid:durableId="1440489985">
    <w:abstractNumId w:val="3"/>
  </w:num>
  <w:num w:numId="7" w16cid:durableId="1979676276">
    <w:abstractNumId w:val="2"/>
  </w:num>
  <w:num w:numId="8" w16cid:durableId="1724258011">
    <w:abstractNumId w:val="1"/>
  </w:num>
  <w:num w:numId="9" w16cid:durableId="163781967">
    <w:abstractNumId w:val="0"/>
  </w:num>
  <w:num w:numId="10" w16cid:durableId="764813644">
    <w:abstractNumId w:val="9"/>
  </w:num>
  <w:num w:numId="11" w16cid:durableId="93290361">
    <w:abstractNumId w:val="10"/>
  </w:num>
  <w:num w:numId="12" w16cid:durableId="86930441">
    <w:abstractNumId w:val="11"/>
  </w:num>
  <w:num w:numId="13" w16cid:durableId="1254360836">
    <w:abstractNumId w:val="12"/>
  </w:num>
  <w:num w:numId="14" w16cid:durableId="1332102496">
    <w:abstractNumId w:val="15"/>
  </w:num>
  <w:num w:numId="15" w16cid:durableId="2085175705">
    <w:abstractNumId w:val="13"/>
  </w:num>
  <w:num w:numId="16" w16cid:durableId="6251573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1f8AlEc7BkJzhzcmwSMS6uAfYJOicxzO/9eJGaY7FT7C4E1XOna1fPVtjNHPzzxNklWkS1HxEmqHVW5MrnRqmA==" w:salt="MpUrnZmp/qoNBYunC6X8bQ=="/>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97238"/>
    <w:rsid w:val="00097304"/>
    <w:rsid w:val="000B3D61"/>
    <w:rsid w:val="00122581"/>
    <w:rsid w:val="001256E1"/>
    <w:rsid w:val="001301A6"/>
    <w:rsid w:val="0015074B"/>
    <w:rsid w:val="00157C35"/>
    <w:rsid w:val="00161896"/>
    <w:rsid w:val="00181CA5"/>
    <w:rsid w:val="001A4AE6"/>
    <w:rsid w:val="00234F4F"/>
    <w:rsid w:val="00256B6E"/>
    <w:rsid w:val="0028317D"/>
    <w:rsid w:val="0029639D"/>
    <w:rsid w:val="00326F90"/>
    <w:rsid w:val="00330A9E"/>
    <w:rsid w:val="00331B74"/>
    <w:rsid w:val="00331FC5"/>
    <w:rsid w:val="003531D3"/>
    <w:rsid w:val="003564DD"/>
    <w:rsid w:val="00365C63"/>
    <w:rsid w:val="003C7C4B"/>
    <w:rsid w:val="00421F21"/>
    <w:rsid w:val="004769DC"/>
    <w:rsid w:val="00496C5B"/>
    <w:rsid w:val="004F1103"/>
    <w:rsid w:val="00504F9D"/>
    <w:rsid w:val="005904B1"/>
    <w:rsid w:val="005D3854"/>
    <w:rsid w:val="005D569E"/>
    <w:rsid w:val="005D7D9E"/>
    <w:rsid w:val="005F2F79"/>
    <w:rsid w:val="006711AE"/>
    <w:rsid w:val="00683A6C"/>
    <w:rsid w:val="00692982"/>
    <w:rsid w:val="00694123"/>
    <w:rsid w:val="006E089F"/>
    <w:rsid w:val="006E258F"/>
    <w:rsid w:val="00751E0F"/>
    <w:rsid w:val="00753586"/>
    <w:rsid w:val="007752C9"/>
    <w:rsid w:val="007C35E3"/>
    <w:rsid w:val="008122AE"/>
    <w:rsid w:val="0081733C"/>
    <w:rsid w:val="00894097"/>
    <w:rsid w:val="008D2047"/>
    <w:rsid w:val="008F31C7"/>
    <w:rsid w:val="00914E8B"/>
    <w:rsid w:val="00925B4C"/>
    <w:rsid w:val="009631CF"/>
    <w:rsid w:val="00964449"/>
    <w:rsid w:val="009A6E4E"/>
    <w:rsid w:val="00AA1D8D"/>
    <w:rsid w:val="00AB2FE0"/>
    <w:rsid w:val="00B370CF"/>
    <w:rsid w:val="00B47730"/>
    <w:rsid w:val="00CB0664"/>
    <w:rsid w:val="00D84B21"/>
    <w:rsid w:val="00D8614E"/>
    <w:rsid w:val="00DA6705"/>
    <w:rsid w:val="00E34812"/>
    <w:rsid w:val="00E42C2A"/>
    <w:rsid w:val="00F02BF1"/>
    <w:rsid w:val="00F535C5"/>
    <w:rsid w:val="00FC693F"/>
    <w:rsid w:val="00FD7C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99B2DF"/>
  <w14:defaultImageDpi w14:val="330"/>
  <w15:docId w15:val="{D2EB9058-3B75-46D5-92D6-9F4C31C10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D7D9E"/>
    <w:rPr>
      <w:rFonts w:ascii="Trebuchet MS" w:hAnsi="Trebuchet MS"/>
      <w:sz w:val="20"/>
    </w:rPr>
  </w:style>
  <w:style w:type="paragraph" w:styleId="Kop1">
    <w:name w:val="heading 1"/>
    <w:basedOn w:val="Standaard"/>
    <w:next w:val="Standaard"/>
    <w:link w:val="Kop1Char"/>
    <w:uiPriority w:val="9"/>
    <w:qFormat/>
    <w:rsid w:val="00122581"/>
    <w:pPr>
      <w:keepNext/>
      <w:keepLines/>
      <w:spacing w:before="480" w:after="0"/>
      <w:outlineLvl w:val="0"/>
    </w:pPr>
    <w:rPr>
      <w:rFonts w:ascii="Avenir Next LT Pro" w:eastAsiaTheme="majorEastAsia" w:hAnsi="Avenir Next LT Pro" w:cstheme="majorBidi"/>
      <w:b/>
      <w:bCs/>
      <w:color w:val="1F497D" w:themeColor="text2"/>
      <w:sz w:val="24"/>
      <w:szCs w:val="28"/>
    </w:rPr>
  </w:style>
  <w:style w:type="paragraph" w:styleId="Kop2">
    <w:name w:val="heading 2"/>
    <w:basedOn w:val="Standaard"/>
    <w:next w:val="Standaard"/>
    <w:link w:val="Kop2Char"/>
    <w:uiPriority w:val="9"/>
    <w:unhideWhenUsed/>
    <w:qFormat/>
    <w:rsid w:val="00683A6C"/>
    <w:pPr>
      <w:keepNext/>
      <w:keepLines/>
      <w:spacing w:before="200" w:after="0"/>
      <w:outlineLvl w:val="1"/>
    </w:pPr>
    <w:rPr>
      <w:rFonts w:ascii="Avenir Next LT Pro" w:eastAsiaTheme="majorEastAsia" w:hAnsi="Avenir Next LT Pro" w:cstheme="majorBidi"/>
      <w:bCs/>
      <w:i/>
      <w:color w:val="000000" w:themeColor="text1"/>
      <w:sz w:val="22"/>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5D7D9E"/>
    <w:pPr>
      <w:spacing w:after="0" w:line="240" w:lineRule="auto"/>
    </w:pPr>
    <w:rPr>
      <w:rFonts w:ascii="Trebuchet MS" w:hAnsi="Trebuchet MS"/>
      <w:sz w:val="20"/>
    </w:rPr>
  </w:style>
  <w:style w:type="character" w:customStyle="1" w:styleId="Kop1Char">
    <w:name w:val="Kop 1 Char"/>
    <w:basedOn w:val="Standaardalinea-lettertype"/>
    <w:link w:val="Kop1"/>
    <w:uiPriority w:val="9"/>
    <w:rsid w:val="00122581"/>
    <w:rPr>
      <w:rFonts w:ascii="Avenir Next LT Pro" w:eastAsiaTheme="majorEastAsia" w:hAnsi="Avenir Next LT Pro" w:cstheme="majorBidi"/>
      <w:b/>
      <w:bCs/>
      <w:color w:val="1F497D" w:themeColor="text2"/>
      <w:sz w:val="24"/>
      <w:szCs w:val="28"/>
    </w:rPr>
  </w:style>
  <w:style w:type="character" w:customStyle="1" w:styleId="Kop2Char">
    <w:name w:val="Kop 2 Char"/>
    <w:basedOn w:val="Standaardalinea-lettertype"/>
    <w:link w:val="Kop2"/>
    <w:uiPriority w:val="9"/>
    <w:rsid w:val="00683A6C"/>
    <w:rPr>
      <w:rFonts w:ascii="Avenir Next LT Pro" w:eastAsiaTheme="majorEastAsia" w:hAnsi="Avenir Next LT Pro" w:cstheme="majorBidi"/>
      <w:bCs/>
      <w:i/>
      <w:color w:val="000000" w:themeColor="text1"/>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Tekstvantijdelijkeaanduiding">
    <w:name w:val="Placeholder Text"/>
    <w:basedOn w:val="Standaardalinea-lettertype"/>
    <w:uiPriority w:val="99"/>
    <w:semiHidden/>
    <w:rsid w:val="005D7D9E"/>
    <w:rPr>
      <w:color w:val="666666"/>
    </w:rPr>
  </w:style>
  <w:style w:type="character" w:styleId="Hyperlink">
    <w:name w:val="Hyperlink"/>
    <w:basedOn w:val="Standaardalinea-lettertype"/>
    <w:uiPriority w:val="99"/>
    <w:unhideWhenUsed/>
    <w:rsid w:val="005D7D9E"/>
    <w:rPr>
      <w:color w:val="0000FF" w:themeColor="hyperlink"/>
      <w:u w:val="single"/>
    </w:rPr>
  </w:style>
  <w:style w:type="character" w:styleId="Onopgelostemelding">
    <w:name w:val="Unresolved Mention"/>
    <w:basedOn w:val="Standaardalinea-lettertype"/>
    <w:uiPriority w:val="99"/>
    <w:semiHidden/>
    <w:unhideWhenUsed/>
    <w:rsid w:val="005D7D9E"/>
    <w:rPr>
      <w:color w:val="605E5C"/>
      <w:shd w:val="clear" w:color="auto" w:fill="E1DFDD"/>
    </w:rPr>
  </w:style>
  <w:style w:type="character" w:styleId="Verwijzingopmerking">
    <w:name w:val="annotation reference"/>
    <w:basedOn w:val="Standaardalinea-lettertype"/>
    <w:uiPriority w:val="99"/>
    <w:semiHidden/>
    <w:unhideWhenUsed/>
    <w:rsid w:val="001256E1"/>
    <w:rPr>
      <w:sz w:val="16"/>
      <w:szCs w:val="16"/>
    </w:rPr>
  </w:style>
  <w:style w:type="paragraph" w:styleId="Tekstopmerking">
    <w:name w:val="annotation text"/>
    <w:basedOn w:val="Standaard"/>
    <w:link w:val="TekstopmerkingChar"/>
    <w:uiPriority w:val="99"/>
    <w:unhideWhenUsed/>
    <w:rsid w:val="001256E1"/>
    <w:pPr>
      <w:spacing w:line="240" w:lineRule="auto"/>
    </w:pPr>
    <w:rPr>
      <w:szCs w:val="20"/>
    </w:rPr>
  </w:style>
  <w:style w:type="character" w:customStyle="1" w:styleId="TekstopmerkingChar">
    <w:name w:val="Tekst opmerking Char"/>
    <w:basedOn w:val="Standaardalinea-lettertype"/>
    <w:link w:val="Tekstopmerking"/>
    <w:uiPriority w:val="99"/>
    <w:rsid w:val="001256E1"/>
    <w:rPr>
      <w:rFonts w:ascii="Trebuchet MS" w:hAnsi="Trebuchet MS"/>
      <w:sz w:val="20"/>
      <w:szCs w:val="20"/>
    </w:rPr>
  </w:style>
  <w:style w:type="paragraph" w:styleId="Onderwerpvanopmerking">
    <w:name w:val="annotation subject"/>
    <w:basedOn w:val="Tekstopmerking"/>
    <w:next w:val="Tekstopmerking"/>
    <w:link w:val="OnderwerpvanopmerkingChar"/>
    <w:uiPriority w:val="99"/>
    <w:semiHidden/>
    <w:unhideWhenUsed/>
    <w:rsid w:val="001256E1"/>
    <w:rPr>
      <w:b/>
      <w:bCs/>
    </w:rPr>
  </w:style>
  <w:style w:type="character" w:customStyle="1" w:styleId="OnderwerpvanopmerkingChar">
    <w:name w:val="Onderwerp van opmerking Char"/>
    <w:basedOn w:val="TekstopmerkingChar"/>
    <w:link w:val="Onderwerpvanopmerking"/>
    <w:uiPriority w:val="99"/>
    <w:semiHidden/>
    <w:rsid w:val="001256E1"/>
    <w:rPr>
      <w:rFonts w:ascii="Trebuchet MS" w:hAnsi="Trebuchet MS"/>
      <w:b/>
      <w:bCs/>
      <w:sz w:val="20"/>
      <w:szCs w:val="20"/>
    </w:rPr>
  </w:style>
  <w:style w:type="paragraph" w:styleId="Revisie">
    <w:name w:val="Revision"/>
    <w:hidden/>
    <w:uiPriority w:val="99"/>
    <w:semiHidden/>
    <w:rsid w:val="005D569E"/>
    <w:pPr>
      <w:spacing w:after="0" w:line="240" w:lineRule="auto"/>
    </w:pPr>
    <w:rPr>
      <w:rFonts w:ascii="Trebuchet MS" w:hAnsi="Trebuchet MS"/>
      <w:sz w:val="20"/>
    </w:rPr>
  </w:style>
  <w:style w:type="character" w:styleId="GevolgdeHyperlink">
    <w:name w:val="FollowedHyperlink"/>
    <w:basedOn w:val="Standaardalinea-lettertype"/>
    <w:uiPriority w:val="99"/>
    <w:semiHidden/>
    <w:unhideWhenUsed/>
    <w:rsid w:val="005D569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alkenburg.nl" TargetMode="External"/><Relationship Id="rId13" Type="http://schemas.openxmlformats.org/officeDocument/2006/relationships/hyperlink" Target="https://wetten.overheid.nl/BWBR0052336/2026-07-09" TargetMode="External"/><Relationship Id="rId3" Type="http://schemas.openxmlformats.org/officeDocument/2006/relationships/styles" Target="styles.xml"/><Relationship Id="rId7" Type="http://schemas.openxmlformats.org/officeDocument/2006/relationships/hyperlink" Target="https://wetten.overheid.nl/BWBR0052336/2026-07-09" TargetMode="External"/><Relationship Id="rId12" Type="http://schemas.openxmlformats.org/officeDocument/2006/relationships/hyperlink" Target="http://www.valkenburg.nl/transportcapacite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lokaleregelgeving.overheid.nl/CVDR765814" TargetMode="External"/><Relationship Id="rId11" Type="http://schemas.openxmlformats.org/officeDocument/2006/relationships/hyperlink" Target="https://doemee.valkenburg.nl/nl-NL/projects/programma-wonen-2025-2030"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www.enexis.nl/mijn-enexis/aansluitingen/nieuwe-elektriciteitsaansluiting/prijsindicatie/aansluitwaarde" TargetMode="External"/><Relationship Id="rId4" Type="http://schemas.openxmlformats.org/officeDocument/2006/relationships/settings" Target="settings.xml"/><Relationship Id="rId9" Type="http://schemas.openxmlformats.org/officeDocument/2006/relationships/hyperlink" Target="https://www.enexis.nl/aansluitingen/welke-aansluiting-heb-ik-nodig"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1AA415AC-1CBB-4A4E-AB93-E7FE7821D623}"/>
      </w:docPartPr>
      <w:docPartBody>
        <w:p w:rsidR="00365A58" w:rsidRDefault="0063702D">
          <w:r w:rsidRPr="00963898">
            <w:rPr>
              <w:rStyle w:val="Tekstvantijdelijkeaanduiding"/>
            </w:rPr>
            <w:t>Klik of tik om tekst in te voeren.</w:t>
          </w:r>
        </w:p>
      </w:docPartBody>
    </w:docPart>
    <w:docPart>
      <w:docPartPr>
        <w:name w:val="2825C62FC1FF4B3582DF6D40031D87C3"/>
        <w:category>
          <w:name w:val="Algemeen"/>
          <w:gallery w:val="placeholder"/>
        </w:category>
        <w:types>
          <w:type w:val="bbPlcHdr"/>
        </w:types>
        <w:behaviors>
          <w:behavior w:val="content"/>
        </w:behaviors>
        <w:guid w:val="{343BD2C4-9AF9-4BF1-A8C2-18D59EF81D67}"/>
      </w:docPartPr>
      <w:docPartBody>
        <w:p w:rsidR="00365A58" w:rsidRDefault="0063702D" w:rsidP="0063702D">
          <w:pPr>
            <w:pStyle w:val="2825C62FC1FF4B3582DF6D40031D87C31"/>
          </w:pPr>
          <w:r w:rsidRPr="005D7D9E">
            <w:rPr>
              <w:rStyle w:val="Tekstvantijdelijkeaanduiding"/>
              <w:lang w:val="nl-NL"/>
            </w:rPr>
            <w:t>Klik of tik om tekst in te voeren.</w:t>
          </w:r>
        </w:p>
      </w:docPartBody>
    </w:docPart>
    <w:docPart>
      <w:docPartPr>
        <w:name w:val="4274B8781CED4E6E8F6B2734284D3156"/>
        <w:category>
          <w:name w:val="Algemeen"/>
          <w:gallery w:val="placeholder"/>
        </w:category>
        <w:types>
          <w:type w:val="bbPlcHdr"/>
        </w:types>
        <w:behaviors>
          <w:behavior w:val="content"/>
        </w:behaviors>
        <w:guid w:val="{26F9F039-4417-4F5E-A65C-2EEBABEB2B62}"/>
      </w:docPartPr>
      <w:docPartBody>
        <w:p w:rsidR="00365A58" w:rsidRDefault="0063702D" w:rsidP="0063702D">
          <w:pPr>
            <w:pStyle w:val="4274B8781CED4E6E8F6B2734284D31561"/>
          </w:pPr>
          <w:r w:rsidRPr="00122581">
            <w:rPr>
              <w:rStyle w:val="Tekstvantijdelijkeaanduiding"/>
              <w:lang w:val="nl-NL"/>
            </w:rPr>
            <w:t>Klik of tik om tekst in te voeren.</w:t>
          </w:r>
        </w:p>
      </w:docPartBody>
    </w:docPart>
    <w:docPart>
      <w:docPartPr>
        <w:name w:val="E87FF95F24A648F7A2D423F9ADC72CF5"/>
        <w:category>
          <w:name w:val="Algemeen"/>
          <w:gallery w:val="placeholder"/>
        </w:category>
        <w:types>
          <w:type w:val="bbPlcHdr"/>
        </w:types>
        <w:behaviors>
          <w:behavior w:val="content"/>
        </w:behaviors>
        <w:guid w:val="{E4D57E79-BF39-415F-B601-7DC7E1B8D6BA}"/>
      </w:docPartPr>
      <w:docPartBody>
        <w:p w:rsidR="00365A58" w:rsidRDefault="0063702D" w:rsidP="0063702D">
          <w:pPr>
            <w:pStyle w:val="E87FF95F24A648F7A2D423F9ADC72CF51"/>
          </w:pPr>
          <w:r w:rsidRPr="00122581">
            <w:rPr>
              <w:rStyle w:val="Tekstvantijdelijkeaanduiding"/>
              <w:lang w:val="nl-NL"/>
            </w:rPr>
            <w:t>Klik of tik om tekst in te voeren.</w:t>
          </w:r>
        </w:p>
      </w:docPartBody>
    </w:docPart>
    <w:docPart>
      <w:docPartPr>
        <w:name w:val="DefaultPlaceholder_-1854013437"/>
        <w:category>
          <w:name w:val="Algemeen"/>
          <w:gallery w:val="placeholder"/>
        </w:category>
        <w:types>
          <w:type w:val="bbPlcHdr"/>
        </w:types>
        <w:behaviors>
          <w:behavior w:val="content"/>
        </w:behaviors>
        <w:guid w:val="{CD79E1D6-4AC3-4E7B-A1E8-B0E254786937}"/>
      </w:docPartPr>
      <w:docPartBody>
        <w:p w:rsidR="00365A58" w:rsidRDefault="0063702D">
          <w:r w:rsidRPr="009E7509">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venir Next LT Pro">
    <w:charset w:val="00"/>
    <w:family w:val="swiss"/>
    <w:pitch w:val="variable"/>
    <w:sig w:usb0="800000EF" w:usb1="5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02D"/>
    <w:rsid w:val="00097304"/>
    <w:rsid w:val="00365A58"/>
    <w:rsid w:val="00455128"/>
    <w:rsid w:val="00496C5B"/>
    <w:rsid w:val="005A1D7B"/>
    <w:rsid w:val="005D193A"/>
    <w:rsid w:val="005F2F79"/>
    <w:rsid w:val="0063702D"/>
    <w:rsid w:val="006711AE"/>
    <w:rsid w:val="006E258F"/>
    <w:rsid w:val="008F570B"/>
    <w:rsid w:val="009A6E4E"/>
    <w:rsid w:val="00D84B21"/>
    <w:rsid w:val="00E005EE"/>
    <w:rsid w:val="00E42C2A"/>
    <w:rsid w:val="00E6260F"/>
    <w:rsid w:val="00F55E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3702D"/>
    <w:rPr>
      <w:color w:val="666666"/>
    </w:rPr>
  </w:style>
  <w:style w:type="paragraph" w:customStyle="1" w:styleId="2825C62FC1FF4B3582DF6D40031D87C31">
    <w:name w:val="2825C62FC1FF4B3582DF6D40031D87C31"/>
    <w:rsid w:val="0063702D"/>
    <w:pPr>
      <w:spacing w:after="0" w:line="240" w:lineRule="auto"/>
    </w:pPr>
    <w:rPr>
      <w:rFonts w:ascii="Trebuchet MS" w:hAnsi="Trebuchet MS"/>
      <w:kern w:val="0"/>
      <w:sz w:val="20"/>
      <w:szCs w:val="22"/>
      <w:lang w:val="en-US" w:eastAsia="en-US"/>
      <w14:ligatures w14:val="none"/>
    </w:rPr>
  </w:style>
  <w:style w:type="paragraph" w:customStyle="1" w:styleId="4274B8781CED4E6E8F6B2734284D31561">
    <w:name w:val="4274B8781CED4E6E8F6B2734284D31561"/>
    <w:rsid w:val="0063702D"/>
    <w:pPr>
      <w:spacing w:after="0" w:line="240" w:lineRule="auto"/>
    </w:pPr>
    <w:rPr>
      <w:rFonts w:ascii="Trebuchet MS" w:hAnsi="Trebuchet MS"/>
      <w:kern w:val="0"/>
      <w:sz w:val="20"/>
      <w:szCs w:val="22"/>
      <w:lang w:val="en-US" w:eastAsia="en-US"/>
      <w14:ligatures w14:val="none"/>
    </w:rPr>
  </w:style>
  <w:style w:type="paragraph" w:customStyle="1" w:styleId="E87FF95F24A648F7A2D423F9ADC72CF51">
    <w:name w:val="E87FF95F24A648F7A2D423F9ADC72CF51"/>
    <w:rsid w:val="0063702D"/>
    <w:pPr>
      <w:spacing w:after="0" w:line="240" w:lineRule="auto"/>
    </w:pPr>
    <w:rPr>
      <w:rFonts w:ascii="Trebuchet MS" w:hAnsi="Trebuchet MS"/>
      <w:kern w:val="0"/>
      <w:sz w:val="20"/>
      <w:szCs w:val="22"/>
      <w:lang w:val="en-US"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2304</Words>
  <Characters>12673</Characters>
  <Application>Microsoft Office Word</Application>
  <DocSecurity>0</DocSecurity>
  <Lines>105</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14948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Freek van den Ende</dc:creator>
  <cp:keywords/>
  <dc:description>generated by python-docx</dc:description>
  <cp:lastModifiedBy>Paul Soeters</cp:lastModifiedBy>
  <cp:revision>3</cp:revision>
  <cp:lastPrinted>2026-08-14T14:38:00Z</cp:lastPrinted>
  <dcterms:created xsi:type="dcterms:W3CDTF">2026-08-26T09:08:00Z</dcterms:created>
  <dcterms:modified xsi:type="dcterms:W3CDTF">2026-08-26T09:22:00Z</dcterms:modified>
  <cp:category/>
</cp:coreProperties>
</file>